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67112F" w14:textId="77777777" w:rsidR="00727C2F" w:rsidRDefault="00000000">
      <w:pPr>
        <w:spacing w:after="80"/>
        <w:jc w:val="center"/>
        <w:rPr>
          <w:lang w:eastAsia="ko-KR"/>
        </w:rPr>
      </w:pPr>
      <w:proofErr w:type="spellStart"/>
      <w:r>
        <w:rPr>
          <w:b/>
          <w:color w:val="1F2A30"/>
          <w:sz w:val="37"/>
          <w:lang w:eastAsia="ko-KR"/>
        </w:rPr>
        <w:t>애슬러</w:t>
      </w:r>
      <w:proofErr w:type="spellEnd"/>
      <w:r>
        <w:rPr>
          <w:b/>
          <w:color w:val="1F2A30"/>
          <w:sz w:val="37"/>
          <w:lang w:eastAsia="ko-KR"/>
        </w:rPr>
        <w:t xml:space="preserve"> 판매 카테고리 추가 신청서</w:t>
      </w:r>
    </w:p>
    <w:p w14:paraId="200B0301" w14:textId="77777777" w:rsidR="00727C2F" w:rsidRDefault="00000000">
      <w:pPr>
        <w:spacing w:after="160"/>
        <w:jc w:val="center"/>
        <w:rPr>
          <w:lang w:eastAsia="ko-KR"/>
        </w:rPr>
      </w:pPr>
      <w:r>
        <w:rPr>
          <w:color w:val="65727A"/>
          <w:sz w:val="19"/>
          <w:lang w:eastAsia="ko-KR"/>
        </w:rPr>
        <w:t>현재 판매 범위를 넘어 신규 카테고리의 판매 추가를 신청합니다. 신청 단계에서는 셀러의 판매 자격과 유통 구조를 확인하고, 개별 상품의 인증·신고 요건은 상품 등록 및 검수 단계에서 별도로 확인합니다.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080"/>
      </w:tblGrid>
      <w:tr w:rsidR="00727C2F" w14:paraId="61990F5B" w14:textId="77777777">
        <w:trPr>
          <w:jc w:val="center"/>
        </w:trPr>
        <w:tc>
          <w:tcPr>
            <w:tcW w:w="10080" w:type="dxa"/>
            <w:tcBorders>
              <w:top w:val="single" w:sz="5" w:space="0" w:color="C9D0D4"/>
              <w:left w:val="single" w:sz="5" w:space="0" w:color="C9D0D4"/>
              <w:bottom w:val="single" w:sz="5" w:space="0" w:color="C9D0D4"/>
              <w:right w:val="single" w:sz="5" w:space="0" w:color="C9D0D4"/>
            </w:tcBorders>
            <w:shd w:val="clear" w:color="auto" w:fill="F2F4F5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17F096A" w14:textId="41EE2974" w:rsidR="00727C2F" w:rsidRDefault="00000000">
            <w:pPr>
              <w:rPr>
                <w:lang w:eastAsia="ko-KR"/>
              </w:rPr>
            </w:pPr>
            <w:r>
              <w:rPr>
                <w:color w:val="1F2A30"/>
                <w:sz w:val="18"/>
                <w:lang w:eastAsia="ko-KR"/>
              </w:rPr>
              <w:t xml:space="preserve">작성 </w:t>
            </w:r>
            <w:proofErr w:type="gramStart"/>
            <w:r>
              <w:rPr>
                <w:color w:val="1F2A30"/>
                <w:sz w:val="18"/>
                <w:lang w:eastAsia="ko-KR"/>
              </w:rPr>
              <w:t>안내  아래</w:t>
            </w:r>
            <w:proofErr w:type="gramEnd"/>
            <w:r>
              <w:rPr>
                <w:color w:val="1F2A30"/>
                <w:sz w:val="18"/>
                <w:lang w:eastAsia="ko-KR"/>
              </w:rPr>
              <w:t xml:space="preserve"> 항목을 빠짐없이 작성하고, 카테고리 및 판매 구조에 따라 필요한 추가 서류를 함께 제출해 주세요. </w:t>
            </w:r>
            <w:r w:rsidR="009546BF">
              <w:rPr>
                <w:rFonts w:eastAsia="맑은 고딕"/>
                <w:color w:val="1F2A30"/>
                <w:sz w:val="18"/>
                <w:lang w:eastAsia="ko-KR"/>
              </w:rPr>
              <w:br/>
            </w:r>
            <w:r>
              <w:rPr>
                <w:color w:val="1F2A30"/>
                <w:sz w:val="18"/>
                <w:lang w:eastAsia="ko-KR"/>
              </w:rPr>
              <w:t>개별 상품의 KC·전기·전파·가스·표시·신고 등 인증자료는 신청 단계에서 일괄 제출하지 않으며, 상품 등록·검수 시 필요한 경우 별도로 요청할 수 있습니다.</w:t>
            </w:r>
          </w:p>
        </w:tc>
      </w:tr>
    </w:tbl>
    <w:p w14:paraId="47EF0CD2" w14:textId="77777777" w:rsidR="00727C2F" w:rsidRDefault="00727C2F">
      <w:pPr>
        <w:spacing w:after="0"/>
        <w:rPr>
          <w:lang w:eastAsia="ko-KR"/>
        </w:rPr>
      </w:pPr>
    </w:p>
    <w:p w14:paraId="38CBAA4F" w14:textId="77777777" w:rsidR="00727C2F" w:rsidRDefault="00000000">
      <w:pPr>
        <w:keepNext/>
        <w:spacing w:before="160" w:after="100"/>
      </w:pPr>
      <w:r>
        <w:rPr>
          <w:b/>
          <w:color w:val="1F2A30"/>
          <w:sz w:val="26"/>
        </w:rPr>
        <w:t xml:space="preserve">1. </w:t>
      </w:r>
      <w:proofErr w:type="spellStart"/>
      <w:r>
        <w:rPr>
          <w:b/>
          <w:color w:val="1F2A30"/>
          <w:sz w:val="26"/>
        </w:rPr>
        <w:t>셀러</w:t>
      </w:r>
      <w:proofErr w:type="spellEnd"/>
      <w:r>
        <w:rPr>
          <w:b/>
          <w:color w:val="1F2A30"/>
          <w:sz w:val="26"/>
        </w:rPr>
        <w:t xml:space="preserve"> 및 </w:t>
      </w:r>
      <w:proofErr w:type="spellStart"/>
      <w:r>
        <w:rPr>
          <w:b/>
          <w:color w:val="1F2A30"/>
          <w:sz w:val="26"/>
        </w:rPr>
        <w:t>신청자</w:t>
      </w:r>
      <w:proofErr w:type="spellEnd"/>
      <w:r>
        <w:rPr>
          <w:b/>
          <w:color w:val="1F2A30"/>
          <w:sz w:val="26"/>
        </w:rPr>
        <w:t xml:space="preserve"> 정보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800"/>
        <w:gridCol w:w="3312"/>
        <w:gridCol w:w="1800"/>
        <w:gridCol w:w="3168"/>
      </w:tblGrid>
      <w:tr w:rsidR="00727C2F" w14:paraId="3167E542" w14:textId="77777777">
        <w:trPr>
          <w:jc w:val="center"/>
        </w:trPr>
        <w:tc>
          <w:tcPr>
            <w:tcW w:w="1800" w:type="dxa"/>
            <w:tcBorders>
              <w:top w:val="single" w:sz="5" w:space="0" w:color="C9D0D4"/>
              <w:left w:val="single" w:sz="5" w:space="0" w:color="C9D0D4"/>
              <w:bottom w:val="single" w:sz="5" w:space="0" w:color="C9D0D4"/>
              <w:right w:val="single" w:sz="5" w:space="0" w:color="C9D0D4"/>
            </w:tcBorders>
            <w:shd w:val="clear" w:color="auto" w:fill="F2F4F5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8516041" w14:textId="77777777" w:rsidR="00727C2F" w:rsidRDefault="00000000">
            <w:pPr>
              <w:spacing w:after="0" w:line="259" w:lineRule="auto"/>
            </w:pPr>
            <w:r>
              <w:rPr>
                <w:b/>
                <w:color w:val="1F2A30"/>
                <w:sz w:val="18"/>
              </w:rPr>
              <w:t>셀러명</w:t>
            </w:r>
          </w:p>
        </w:tc>
        <w:tc>
          <w:tcPr>
            <w:tcW w:w="3312" w:type="dxa"/>
            <w:tcBorders>
              <w:top w:val="single" w:sz="5" w:space="0" w:color="C9D0D4"/>
              <w:left w:val="single" w:sz="5" w:space="0" w:color="C9D0D4"/>
              <w:bottom w:val="single" w:sz="5" w:space="0" w:color="C9D0D4"/>
              <w:right w:val="single" w:sz="5" w:space="0" w:color="C9D0D4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4E6895C" w14:textId="77777777" w:rsidR="00727C2F" w:rsidRDefault="00727C2F">
            <w:pPr>
              <w:spacing w:after="0" w:line="259" w:lineRule="auto"/>
            </w:pPr>
          </w:p>
        </w:tc>
        <w:tc>
          <w:tcPr>
            <w:tcW w:w="1800" w:type="dxa"/>
            <w:tcBorders>
              <w:top w:val="single" w:sz="5" w:space="0" w:color="C9D0D4"/>
              <w:left w:val="single" w:sz="5" w:space="0" w:color="C9D0D4"/>
              <w:bottom w:val="single" w:sz="5" w:space="0" w:color="C9D0D4"/>
              <w:right w:val="single" w:sz="5" w:space="0" w:color="C9D0D4"/>
            </w:tcBorders>
            <w:shd w:val="clear" w:color="auto" w:fill="F2F4F5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B30700D" w14:textId="77777777" w:rsidR="00727C2F" w:rsidRDefault="00000000">
            <w:pPr>
              <w:spacing w:after="0" w:line="259" w:lineRule="auto"/>
            </w:pPr>
            <w:r>
              <w:rPr>
                <w:b/>
                <w:color w:val="1F2A30"/>
                <w:sz w:val="18"/>
              </w:rPr>
              <w:t>셀러 ID</w:t>
            </w:r>
          </w:p>
        </w:tc>
        <w:tc>
          <w:tcPr>
            <w:tcW w:w="3168" w:type="dxa"/>
            <w:tcBorders>
              <w:top w:val="single" w:sz="5" w:space="0" w:color="C9D0D4"/>
              <w:left w:val="single" w:sz="5" w:space="0" w:color="C9D0D4"/>
              <w:bottom w:val="single" w:sz="5" w:space="0" w:color="C9D0D4"/>
              <w:right w:val="single" w:sz="5" w:space="0" w:color="C9D0D4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C479691" w14:textId="77777777" w:rsidR="00727C2F" w:rsidRDefault="00727C2F">
            <w:pPr>
              <w:spacing w:after="0" w:line="259" w:lineRule="auto"/>
            </w:pPr>
          </w:p>
        </w:tc>
      </w:tr>
      <w:tr w:rsidR="00727C2F" w14:paraId="3F06979C" w14:textId="77777777">
        <w:trPr>
          <w:jc w:val="center"/>
        </w:trPr>
        <w:tc>
          <w:tcPr>
            <w:tcW w:w="1800" w:type="dxa"/>
            <w:tcBorders>
              <w:top w:val="single" w:sz="5" w:space="0" w:color="C9D0D4"/>
              <w:left w:val="single" w:sz="5" w:space="0" w:color="C9D0D4"/>
              <w:bottom w:val="single" w:sz="5" w:space="0" w:color="C9D0D4"/>
              <w:right w:val="single" w:sz="5" w:space="0" w:color="C9D0D4"/>
            </w:tcBorders>
            <w:shd w:val="clear" w:color="auto" w:fill="F2F4F5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9D2F1BC" w14:textId="77777777" w:rsidR="00727C2F" w:rsidRDefault="00000000">
            <w:pPr>
              <w:spacing w:after="0" w:line="259" w:lineRule="auto"/>
            </w:pPr>
            <w:r>
              <w:rPr>
                <w:b/>
                <w:color w:val="1F2A30"/>
                <w:sz w:val="18"/>
              </w:rPr>
              <w:t>사업자등록번호</w:t>
            </w:r>
          </w:p>
        </w:tc>
        <w:tc>
          <w:tcPr>
            <w:tcW w:w="3312" w:type="dxa"/>
            <w:tcBorders>
              <w:top w:val="single" w:sz="5" w:space="0" w:color="C9D0D4"/>
              <w:left w:val="single" w:sz="5" w:space="0" w:color="C9D0D4"/>
              <w:bottom w:val="single" w:sz="5" w:space="0" w:color="C9D0D4"/>
              <w:right w:val="single" w:sz="5" w:space="0" w:color="C9D0D4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C90B48E" w14:textId="77777777" w:rsidR="00727C2F" w:rsidRDefault="00727C2F">
            <w:pPr>
              <w:spacing w:after="0" w:line="259" w:lineRule="auto"/>
            </w:pPr>
          </w:p>
        </w:tc>
        <w:tc>
          <w:tcPr>
            <w:tcW w:w="1800" w:type="dxa"/>
            <w:tcBorders>
              <w:top w:val="single" w:sz="5" w:space="0" w:color="C9D0D4"/>
              <w:left w:val="single" w:sz="5" w:space="0" w:color="C9D0D4"/>
              <w:bottom w:val="single" w:sz="5" w:space="0" w:color="C9D0D4"/>
              <w:right w:val="single" w:sz="5" w:space="0" w:color="C9D0D4"/>
            </w:tcBorders>
            <w:shd w:val="clear" w:color="auto" w:fill="F2F4F5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66B7DC8" w14:textId="77777777" w:rsidR="00727C2F" w:rsidRDefault="00000000">
            <w:pPr>
              <w:spacing w:after="0" w:line="259" w:lineRule="auto"/>
            </w:pPr>
            <w:r>
              <w:rPr>
                <w:b/>
                <w:color w:val="1F2A30"/>
                <w:sz w:val="18"/>
              </w:rPr>
              <w:t>대표자명</w:t>
            </w:r>
          </w:p>
        </w:tc>
        <w:tc>
          <w:tcPr>
            <w:tcW w:w="3168" w:type="dxa"/>
            <w:tcBorders>
              <w:top w:val="single" w:sz="5" w:space="0" w:color="C9D0D4"/>
              <w:left w:val="single" w:sz="5" w:space="0" w:color="C9D0D4"/>
              <w:bottom w:val="single" w:sz="5" w:space="0" w:color="C9D0D4"/>
              <w:right w:val="single" w:sz="5" w:space="0" w:color="C9D0D4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4C54576" w14:textId="77777777" w:rsidR="00727C2F" w:rsidRDefault="00727C2F">
            <w:pPr>
              <w:spacing w:after="0" w:line="259" w:lineRule="auto"/>
            </w:pPr>
          </w:p>
        </w:tc>
      </w:tr>
      <w:tr w:rsidR="00727C2F" w14:paraId="00764616" w14:textId="77777777">
        <w:trPr>
          <w:jc w:val="center"/>
        </w:trPr>
        <w:tc>
          <w:tcPr>
            <w:tcW w:w="1800" w:type="dxa"/>
            <w:tcBorders>
              <w:top w:val="single" w:sz="5" w:space="0" w:color="C9D0D4"/>
              <w:left w:val="single" w:sz="5" w:space="0" w:color="C9D0D4"/>
              <w:bottom w:val="single" w:sz="5" w:space="0" w:color="C9D0D4"/>
              <w:right w:val="single" w:sz="5" w:space="0" w:color="C9D0D4"/>
            </w:tcBorders>
            <w:shd w:val="clear" w:color="auto" w:fill="F2F4F5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AF30A0B" w14:textId="77777777" w:rsidR="00727C2F" w:rsidRDefault="00000000">
            <w:pPr>
              <w:spacing w:after="0" w:line="259" w:lineRule="auto"/>
            </w:pPr>
            <w:r>
              <w:rPr>
                <w:b/>
                <w:color w:val="1F2A30"/>
                <w:sz w:val="18"/>
              </w:rPr>
              <w:t>신청자 성명</w:t>
            </w:r>
          </w:p>
        </w:tc>
        <w:tc>
          <w:tcPr>
            <w:tcW w:w="3312" w:type="dxa"/>
            <w:tcBorders>
              <w:top w:val="single" w:sz="5" w:space="0" w:color="C9D0D4"/>
              <w:left w:val="single" w:sz="5" w:space="0" w:color="C9D0D4"/>
              <w:bottom w:val="single" w:sz="5" w:space="0" w:color="C9D0D4"/>
              <w:right w:val="single" w:sz="5" w:space="0" w:color="C9D0D4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8D5480C" w14:textId="77777777" w:rsidR="00727C2F" w:rsidRDefault="00727C2F">
            <w:pPr>
              <w:spacing w:after="0" w:line="259" w:lineRule="auto"/>
            </w:pPr>
          </w:p>
        </w:tc>
        <w:tc>
          <w:tcPr>
            <w:tcW w:w="1800" w:type="dxa"/>
            <w:tcBorders>
              <w:top w:val="single" w:sz="5" w:space="0" w:color="C9D0D4"/>
              <w:left w:val="single" w:sz="5" w:space="0" w:color="C9D0D4"/>
              <w:bottom w:val="single" w:sz="5" w:space="0" w:color="C9D0D4"/>
              <w:right w:val="single" w:sz="5" w:space="0" w:color="C9D0D4"/>
            </w:tcBorders>
            <w:shd w:val="clear" w:color="auto" w:fill="F2F4F5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939DE89" w14:textId="77777777" w:rsidR="00727C2F" w:rsidRDefault="00000000">
            <w:pPr>
              <w:spacing w:after="0" w:line="259" w:lineRule="auto"/>
            </w:pPr>
            <w:r>
              <w:rPr>
                <w:b/>
                <w:color w:val="1F2A30"/>
                <w:sz w:val="18"/>
              </w:rPr>
              <w:t>직책/부서</w:t>
            </w:r>
          </w:p>
        </w:tc>
        <w:tc>
          <w:tcPr>
            <w:tcW w:w="3168" w:type="dxa"/>
            <w:tcBorders>
              <w:top w:val="single" w:sz="5" w:space="0" w:color="C9D0D4"/>
              <w:left w:val="single" w:sz="5" w:space="0" w:color="C9D0D4"/>
              <w:bottom w:val="single" w:sz="5" w:space="0" w:color="C9D0D4"/>
              <w:right w:val="single" w:sz="5" w:space="0" w:color="C9D0D4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C1AF002" w14:textId="77777777" w:rsidR="00727C2F" w:rsidRDefault="00727C2F">
            <w:pPr>
              <w:spacing w:after="0" w:line="259" w:lineRule="auto"/>
            </w:pPr>
          </w:p>
        </w:tc>
      </w:tr>
      <w:tr w:rsidR="00727C2F" w14:paraId="0A3E5F1A" w14:textId="77777777">
        <w:trPr>
          <w:jc w:val="center"/>
        </w:trPr>
        <w:tc>
          <w:tcPr>
            <w:tcW w:w="1800" w:type="dxa"/>
            <w:tcBorders>
              <w:top w:val="single" w:sz="5" w:space="0" w:color="C9D0D4"/>
              <w:left w:val="single" w:sz="5" w:space="0" w:color="C9D0D4"/>
              <w:bottom w:val="single" w:sz="5" w:space="0" w:color="C9D0D4"/>
              <w:right w:val="single" w:sz="5" w:space="0" w:color="C9D0D4"/>
            </w:tcBorders>
            <w:shd w:val="clear" w:color="auto" w:fill="F2F4F5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46B66CC" w14:textId="77777777" w:rsidR="00727C2F" w:rsidRDefault="00000000">
            <w:pPr>
              <w:spacing w:after="0" w:line="259" w:lineRule="auto"/>
            </w:pPr>
            <w:r>
              <w:rPr>
                <w:b/>
                <w:color w:val="1F2A30"/>
                <w:sz w:val="18"/>
              </w:rPr>
              <w:t>연락처</w:t>
            </w:r>
          </w:p>
        </w:tc>
        <w:tc>
          <w:tcPr>
            <w:tcW w:w="3312" w:type="dxa"/>
            <w:tcBorders>
              <w:top w:val="single" w:sz="5" w:space="0" w:color="C9D0D4"/>
              <w:left w:val="single" w:sz="5" w:space="0" w:color="C9D0D4"/>
              <w:bottom w:val="single" w:sz="5" w:space="0" w:color="C9D0D4"/>
              <w:right w:val="single" w:sz="5" w:space="0" w:color="C9D0D4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75391C7" w14:textId="77777777" w:rsidR="00727C2F" w:rsidRDefault="00727C2F">
            <w:pPr>
              <w:spacing w:after="0" w:line="259" w:lineRule="auto"/>
            </w:pPr>
          </w:p>
        </w:tc>
        <w:tc>
          <w:tcPr>
            <w:tcW w:w="1800" w:type="dxa"/>
            <w:tcBorders>
              <w:top w:val="single" w:sz="5" w:space="0" w:color="C9D0D4"/>
              <w:left w:val="single" w:sz="5" w:space="0" w:color="C9D0D4"/>
              <w:bottom w:val="single" w:sz="5" w:space="0" w:color="C9D0D4"/>
              <w:right w:val="single" w:sz="5" w:space="0" w:color="C9D0D4"/>
            </w:tcBorders>
            <w:shd w:val="clear" w:color="auto" w:fill="F2F4F5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C0C534A" w14:textId="77777777" w:rsidR="00727C2F" w:rsidRDefault="00000000">
            <w:pPr>
              <w:spacing w:after="0" w:line="259" w:lineRule="auto"/>
            </w:pPr>
            <w:r>
              <w:rPr>
                <w:b/>
                <w:color w:val="1F2A30"/>
                <w:sz w:val="18"/>
              </w:rPr>
              <w:t>이메일</w:t>
            </w:r>
          </w:p>
        </w:tc>
        <w:tc>
          <w:tcPr>
            <w:tcW w:w="3168" w:type="dxa"/>
            <w:tcBorders>
              <w:top w:val="single" w:sz="5" w:space="0" w:color="C9D0D4"/>
              <w:left w:val="single" w:sz="5" w:space="0" w:color="C9D0D4"/>
              <w:bottom w:val="single" w:sz="5" w:space="0" w:color="C9D0D4"/>
              <w:right w:val="single" w:sz="5" w:space="0" w:color="C9D0D4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FE4091D" w14:textId="77777777" w:rsidR="00727C2F" w:rsidRDefault="00727C2F">
            <w:pPr>
              <w:spacing w:after="0" w:line="259" w:lineRule="auto"/>
            </w:pPr>
          </w:p>
        </w:tc>
      </w:tr>
      <w:tr w:rsidR="00727C2F" w14:paraId="0E330EC8" w14:textId="77777777">
        <w:trPr>
          <w:jc w:val="center"/>
        </w:trPr>
        <w:tc>
          <w:tcPr>
            <w:tcW w:w="1800" w:type="dxa"/>
            <w:tcBorders>
              <w:top w:val="single" w:sz="5" w:space="0" w:color="C9D0D4"/>
              <w:left w:val="single" w:sz="5" w:space="0" w:color="C9D0D4"/>
              <w:bottom w:val="single" w:sz="5" w:space="0" w:color="C9D0D4"/>
              <w:right w:val="single" w:sz="5" w:space="0" w:color="C9D0D4"/>
            </w:tcBorders>
            <w:shd w:val="clear" w:color="auto" w:fill="F2F4F5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5D31974" w14:textId="77777777" w:rsidR="00727C2F" w:rsidRDefault="00000000">
            <w:r>
              <w:rPr>
                <w:b/>
                <w:color w:val="1F2A30"/>
                <w:sz w:val="18"/>
              </w:rPr>
              <w:t>신청자 구분</w:t>
            </w:r>
          </w:p>
        </w:tc>
        <w:tc>
          <w:tcPr>
            <w:tcW w:w="8280" w:type="dxa"/>
            <w:gridSpan w:val="3"/>
            <w:tcBorders>
              <w:top w:val="single" w:sz="5" w:space="0" w:color="C9D0D4"/>
              <w:left w:val="single" w:sz="5" w:space="0" w:color="C9D0D4"/>
              <w:bottom w:val="single" w:sz="5" w:space="0" w:color="C9D0D4"/>
              <w:right w:val="single" w:sz="5" w:space="0" w:color="C9D0D4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E8422AC" w14:textId="77777777" w:rsidR="00727C2F" w:rsidRDefault="00000000">
            <w:pPr>
              <w:rPr>
                <w:lang w:eastAsia="ko-KR"/>
              </w:rPr>
            </w:pPr>
            <w:r>
              <w:rPr>
                <w:color w:val="65727A"/>
                <w:sz w:val="18"/>
                <w:lang w:eastAsia="ko-KR"/>
              </w:rPr>
              <w:t xml:space="preserve">예: 대표자 </w:t>
            </w:r>
            <w:proofErr w:type="gramStart"/>
            <w:r>
              <w:rPr>
                <w:color w:val="65727A"/>
                <w:sz w:val="18"/>
                <w:lang w:eastAsia="ko-KR"/>
              </w:rPr>
              <w:t>본인 /</w:t>
            </w:r>
            <w:proofErr w:type="gramEnd"/>
            <w:r>
              <w:rPr>
                <w:color w:val="65727A"/>
                <w:sz w:val="18"/>
                <w:lang w:eastAsia="ko-KR"/>
              </w:rPr>
              <w:t xml:space="preserve"> 임직원·</w:t>
            </w:r>
            <w:proofErr w:type="gramStart"/>
            <w:r>
              <w:rPr>
                <w:color w:val="65727A"/>
                <w:sz w:val="18"/>
                <w:lang w:eastAsia="ko-KR"/>
              </w:rPr>
              <w:t>담당자 /</w:t>
            </w:r>
            <w:proofErr w:type="gramEnd"/>
            <w:r>
              <w:rPr>
                <w:color w:val="65727A"/>
                <w:sz w:val="18"/>
                <w:lang w:eastAsia="ko-KR"/>
              </w:rPr>
              <w:t xml:space="preserve"> </w:t>
            </w:r>
            <w:proofErr w:type="spellStart"/>
            <w:r>
              <w:rPr>
                <w:color w:val="65727A"/>
                <w:sz w:val="18"/>
                <w:lang w:eastAsia="ko-KR"/>
              </w:rPr>
              <w:t>위임받은</w:t>
            </w:r>
            <w:proofErr w:type="spellEnd"/>
            <w:r>
              <w:rPr>
                <w:color w:val="65727A"/>
                <w:sz w:val="18"/>
                <w:lang w:eastAsia="ko-KR"/>
              </w:rPr>
              <w:t xml:space="preserve"> 자</w:t>
            </w:r>
          </w:p>
        </w:tc>
      </w:tr>
    </w:tbl>
    <w:p w14:paraId="57CAD084" w14:textId="77777777" w:rsidR="00727C2F" w:rsidRDefault="00727C2F">
      <w:pPr>
        <w:spacing w:after="0"/>
        <w:rPr>
          <w:lang w:eastAsia="ko-KR"/>
        </w:rPr>
      </w:pPr>
    </w:p>
    <w:p w14:paraId="1AAE4B32" w14:textId="77777777" w:rsidR="00727C2F" w:rsidRDefault="00000000">
      <w:pPr>
        <w:keepNext/>
        <w:spacing w:before="160" w:after="100"/>
        <w:rPr>
          <w:lang w:eastAsia="ko-KR"/>
        </w:rPr>
      </w:pPr>
      <w:r>
        <w:rPr>
          <w:b/>
          <w:color w:val="1F2A30"/>
          <w:sz w:val="26"/>
          <w:lang w:eastAsia="ko-KR"/>
        </w:rPr>
        <w:t>2. 추가 희망 카테고리 및 판매 구조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304"/>
        <w:gridCol w:w="7776"/>
      </w:tblGrid>
      <w:tr w:rsidR="00727C2F" w14:paraId="5EDA014D" w14:textId="77777777">
        <w:trPr>
          <w:jc w:val="center"/>
        </w:trPr>
        <w:tc>
          <w:tcPr>
            <w:tcW w:w="2304" w:type="dxa"/>
            <w:tcBorders>
              <w:top w:val="single" w:sz="5" w:space="0" w:color="C9D0D4"/>
              <w:left w:val="single" w:sz="5" w:space="0" w:color="C9D0D4"/>
              <w:bottom w:val="single" w:sz="5" w:space="0" w:color="C9D0D4"/>
              <w:right w:val="single" w:sz="5" w:space="0" w:color="C9D0D4"/>
            </w:tcBorders>
            <w:shd w:val="clear" w:color="auto" w:fill="F3F5F6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2B877E94" w14:textId="77777777" w:rsidR="00727C2F" w:rsidRDefault="00000000">
            <w:proofErr w:type="spellStart"/>
            <w:r>
              <w:rPr>
                <w:b/>
                <w:color w:val="1F2A30"/>
                <w:sz w:val="18"/>
              </w:rPr>
              <w:t>추가</w:t>
            </w:r>
            <w:proofErr w:type="spellEnd"/>
            <w:r>
              <w:rPr>
                <w:b/>
                <w:color w:val="1F2A30"/>
                <w:sz w:val="18"/>
              </w:rPr>
              <w:t xml:space="preserve"> </w:t>
            </w:r>
            <w:proofErr w:type="spellStart"/>
            <w:r>
              <w:rPr>
                <w:b/>
                <w:color w:val="1F2A30"/>
                <w:sz w:val="18"/>
              </w:rPr>
              <w:t>희망</w:t>
            </w:r>
            <w:proofErr w:type="spellEnd"/>
            <w:r>
              <w:rPr>
                <w:b/>
                <w:color w:val="1F2A30"/>
                <w:sz w:val="18"/>
              </w:rPr>
              <w:t xml:space="preserve"> </w:t>
            </w:r>
            <w:proofErr w:type="spellStart"/>
            <w:r>
              <w:rPr>
                <w:b/>
                <w:color w:val="1F2A30"/>
                <w:sz w:val="18"/>
              </w:rPr>
              <w:t>카테고리</w:t>
            </w:r>
            <w:proofErr w:type="spellEnd"/>
          </w:p>
        </w:tc>
        <w:tc>
          <w:tcPr>
            <w:tcW w:w="7776" w:type="dxa"/>
            <w:tcBorders>
              <w:top w:val="single" w:sz="5" w:space="0" w:color="C9D0D4"/>
              <w:left w:val="single" w:sz="5" w:space="0" w:color="C9D0D4"/>
              <w:bottom w:val="single" w:sz="5" w:space="0" w:color="C9D0D4"/>
              <w:right w:val="single" w:sz="5" w:space="0" w:color="C9D0D4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080FBD33" w14:textId="77777777" w:rsidR="00727C2F" w:rsidRDefault="00727C2F"/>
        </w:tc>
      </w:tr>
      <w:tr w:rsidR="00727C2F" w14:paraId="6E3C4981" w14:textId="77777777">
        <w:trPr>
          <w:jc w:val="center"/>
        </w:trPr>
        <w:tc>
          <w:tcPr>
            <w:tcW w:w="2304" w:type="dxa"/>
            <w:tcBorders>
              <w:top w:val="single" w:sz="5" w:space="0" w:color="C9D0D4"/>
              <w:left w:val="single" w:sz="5" w:space="0" w:color="C9D0D4"/>
              <w:bottom w:val="single" w:sz="5" w:space="0" w:color="C9D0D4"/>
              <w:right w:val="single" w:sz="5" w:space="0" w:color="C9D0D4"/>
            </w:tcBorders>
            <w:shd w:val="clear" w:color="auto" w:fill="F3F5F6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6C70D484" w14:textId="77777777" w:rsidR="00727C2F" w:rsidRDefault="00000000">
            <w:r>
              <w:rPr>
                <w:b/>
                <w:color w:val="1F2A30"/>
                <w:sz w:val="18"/>
              </w:rPr>
              <w:t>판매 시작 희망일</w:t>
            </w:r>
          </w:p>
        </w:tc>
        <w:tc>
          <w:tcPr>
            <w:tcW w:w="7776" w:type="dxa"/>
            <w:tcBorders>
              <w:top w:val="single" w:sz="5" w:space="0" w:color="C9D0D4"/>
              <w:left w:val="single" w:sz="5" w:space="0" w:color="C9D0D4"/>
              <w:bottom w:val="single" w:sz="5" w:space="0" w:color="C9D0D4"/>
              <w:right w:val="single" w:sz="5" w:space="0" w:color="C9D0D4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3F95BB39" w14:textId="77777777" w:rsidR="00727C2F" w:rsidRDefault="00000000">
            <w:r>
              <w:rPr>
                <w:color w:val="1F2A30"/>
                <w:sz w:val="18"/>
              </w:rPr>
              <w:t>20    년    월    일</w:t>
            </w:r>
          </w:p>
        </w:tc>
      </w:tr>
      <w:tr w:rsidR="00727C2F" w14:paraId="5112422A" w14:textId="77777777">
        <w:trPr>
          <w:jc w:val="center"/>
        </w:trPr>
        <w:tc>
          <w:tcPr>
            <w:tcW w:w="2304" w:type="dxa"/>
            <w:tcBorders>
              <w:top w:val="single" w:sz="5" w:space="0" w:color="C9D0D4"/>
              <w:left w:val="single" w:sz="5" w:space="0" w:color="C9D0D4"/>
              <w:bottom w:val="single" w:sz="5" w:space="0" w:color="C9D0D4"/>
              <w:right w:val="single" w:sz="5" w:space="0" w:color="C9D0D4"/>
            </w:tcBorders>
            <w:shd w:val="clear" w:color="auto" w:fill="F3F5F6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19DCC4DD" w14:textId="77777777" w:rsidR="00727C2F" w:rsidRDefault="00000000">
            <w:r>
              <w:rPr>
                <w:b/>
                <w:color w:val="1F2A30"/>
                <w:sz w:val="18"/>
              </w:rPr>
              <w:t>판매 예정 브랜드</w:t>
            </w:r>
          </w:p>
        </w:tc>
        <w:tc>
          <w:tcPr>
            <w:tcW w:w="7776" w:type="dxa"/>
            <w:tcBorders>
              <w:top w:val="single" w:sz="5" w:space="0" w:color="C9D0D4"/>
              <w:left w:val="single" w:sz="5" w:space="0" w:color="C9D0D4"/>
              <w:bottom w:val="single" w:sz="5" w:space="0" w:color="C9D0D4"/>
              <w:right w:val="single" w:sz="5" w:space="0" w:color="C9D0D4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45791472" w14:textId="77777777" w:rsidR="00727C2F" w:rsidRDefault="00727C2F"/>
        </w:tc>
      </w:tr>
      <w:tr w:rsidR="00727C2F" w14:paraId="7E785C37" w14:textId="77777777">
        <w:trPr>
          <w:jc w:val="center"/>
        </w:trPr>
        <w:tc>
          <w:tcPr>
            <w:tcW w:w="2304" w:type="dxa"/>
            <w:tcBorders>
              <w:top w:val="single" w:sz="5" w:space="0" w:color="C9D0D4"/>
              <w:left w:val="single" w:sz="5" w:space="0" w:color="C9D0D4"/>
              <w:bottom w:val="single" w:sz="5" w:space="0" w:color="C9D0D4"/>
              <w:right w:val="single" w:sz="5" w:space="0" w:color="C9D0D4"/>
            </w:tcBorders>
            <w:shd w:val="clear" w:color="auto" w:fill="F3F5F6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44811C8D" w14:textId="77777777" w:rsidR="00727C2F" w:rsidRDefault="00000000">
            <w:pPr>
              <w:rPr>
                <w:lang w:eastAsia="ko-KR"/>
              </w:rPr>
            </w:pPr>
            <w:r>
              <w:rPr>
                <w:b/>
                <w:color w:val="1F2A30"/>
                <w:sz w:val="18"/>
                <w:lang w:eastAsia="ko-KR"/>
              </w:rPr>
              <w:t xml:space="preserve">판매 예정 </w:t>
            </w:r>
            <w:proofErr w:type="spellStart"/>
            <w:r>
              <w:rPr>
                <w:b/>
                <w:color w:val="1F2A30"/>
                <w:sz w:val="18"/>
                <w:lang w:eastAsia="ko-KR"/>
              </w:rPr>
              <w:t>상품군</w:t>
            </w:r>
            <w:proofErr w:type="spellEnd"/>
            <w:r>
              <w:rPr>
                <w:b/>
                <w:color w:val="1F2A30"/>
                <w:sz w:val="18"/>
                <w:lang w:eastAsia="ko-KR"/>
              </w:rPr>
              <w:t>/대표 상품</w:t>
            </w:r>
          </w:p>
        </w:tc>
        <w:tc>
          <w:tcPr>
            <w:tcW w:w="7776" w:type="dxa"/>
            <w:tcBorders>
              <w:top w:val="single" w:sz="5" w:space="0" w:color="C9D0D4"/>
              <w:left w:val="single" w:sz="5" w:space="0" w:color="C9D0D4"/>
              <w:bottom w:val="single" w:sz="5" w:space="0" w:color="C9D0D4"/>
              <w:right w:val="single" w:sz="5" w:space="0" w:color="C9D0D4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28311827" w14:textId="77777777" w:rsidR="00727C2F" w:rsidRDefault="00727C2F">
            <w:pPr>
              <w:rPr>
                <w:lang w:eastAsia="ko-KR"/>
              </w:rPr>
            </w:pPr>
          </w:p>
        </w:tc>
      </w:tr>
      <w:tr w:rsidR="00727C2F" w14:paraId="7A2AF811" w14:textId="77777777">
        <w:trPr>
          <w:jc w:val="center"/>
        </w:trPr>
        <w:tc>
          <w:tcPr>
            <w:tcW w:w="2304" w:type="dxa"/>
            <w:tcBorders>
              <w:top w:val="single" w:sz="5" w:space="0" w:color="C9D0D4"/>
              <w:left w:val="single" w:sz="5" w:space="0" w:color="C9D0D4"/>
              <w:bottom w:val="single" w:sz="5" w:space="0" w:color="C9D0D4"/>
              <w:right w:val="single" w:sz="5" w:space="0" w:color="C9D0D4"/>
            </w:tcBorders>
            <w:shd w:val="clear" w:color="auto" w:fill="F3F5F6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6A76B831" w14:textId="77777777" w:rsidR="00727C2F" w:rsidRDefault="00000000">
            <w:proofErr w:type="spellStart"/>
            <w:r>
              <w:rPr>
                <w:b/>
                <w:color w:val="1F2A30"/>
                <w:sz w:val="18"/>
              </w:rPr>
              <w:t>입점</w:t>
            </w:r>
            <w:proofErr w:type="spellEnd"/>
            <w:r>
              <w:rPr>
                <w:b/>
                <w:color w:val="1F2A30"/>
                <w:sz w:val="18"/>
              </w:rPr>
              <w:t xml:space="preserve"> </w:t>
            </w:r>
            <w:proofErr w:type="spellStart"/>
            <w:r>
              <w:rPr>
                <w:b/>
                <w:color w:val="1F2A30"/>
                <w:sz w:val="18"/>
              </w:rPr>
              <w:t>형태</w:t>
            </w:r>
            <w:proofErr w:type="spellEnd"/>
            <w:r>
              <w:rPr>
                <w:b/>
                <w:color w:val="1F2A30"/>
                <w:sz w:val="18"/>
              </w:rPr>
              <w:t>/</w:t>
            </w:r>
            <w:proofErr w:type="spellStart"/>
            <w:r>
              <w:rPr>
                <w:b/>
                <w:color w:val="1F2A30"/>
                <w:sz w:val="18"/>
              </w:rPr>
              <w:t>유통</w:t>
            </w:r>
            <w:proofErr w:type="spellEnd"/>
            <w:r>
              <w:rPr>
                <w:b/>
                <w:color w:val="1F2A30"/>
                <w:sz w:val="18"/>
              </w:rPr>
              <w:t xml:space="preserve"> </w:t>
            </w:r>
            <w:proofErr w:type="spellStart"/>
            <w:r>
              <w:rPr>
                <w:b/>
                <w:color w:val="1F2A30"/>
                <w:sz w:val="18"/>
              </w:rPr>
              <w:t>구조</w:t>
            </w:r>
            <w:proofErr w:type="spellEnd"/>
          </w:p>
        </w:tc>
        <w:tc>
          <w:tcPr>
            <w:tcW w:w="7776" w:type="dxa"/>
            <w:tcBorders>
              <w:top w:val="single" w:sz="5" w:space="0" w:color="C9D0D4"/>
              <w:left w:val="single" w:sz="5" w:space="0" w:color="C9D0D4"/>
              <w:bottom w:val="single" w:sz="5" w:space="0" w:color="C9D0D4"/>
              <w:right w:val="single" w:sz="5" w:space="0" w:color="C9D0D4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678526B6" w14:textId="77777777" w:rsidR="00727C2F" w:rsidRDefault="00000000">
            <w:pPr>
              <w:rPr>
                <w:lang w:eastAsia="ko-KR"/>
              </w:rPr>
            </w:pPr>
            <w:r>
              <w:rPr>
                <w:color w:val="65727A"/>
                <w:sz w:val="17"/>
                <w:lang w:eastAsia="ko-KR"/>
              </w:rPr>
              <w:t xml:space="preserve">예: </w:t>
            </w:r>
            <w:proofErr w:type="spellStart"/>
            <w:proofErr w:type="gramStart"/>
            <w:r>
              <w:rPr>
                <w:color w:val="65727A"/>
                <w:sz w:val="17"/>
                <w:lang w:eastAsia="ko-KR"/>
              </w:rPr>
              <w:t>직입점</w:t>
            </w:r>
            <w:proofErr w:type="spellEnd"/>
            <w:r>
              <w:rPr>
                <w:color w:val="65727A"/>
                <w:sz w:val="17"/>
                <w:lang w:eastAsia="ko-KR"/>
              </w:rPr>
              <w:t xml:space="preserve"> /</w:t>
            </w:r>
            <w:proofErr w:type="gramEnd"/>
            <w:r>
              <w:rPr>
                <w:color w:val="65727A"/>
                <w:sz w:val="17"/>
                <w:lang w:eastAsia="ko-KR"/>
              </w:rPr>
              <w:t xml:space="preserve"> </w:t>
            </w:r>
            <w:proofErr w:type="spellStart"/>
            <w:proofErr w:type="gramStart"/>
            <w:r>
              <w:rPr>
                <w:color w:val="65727A"/>
                <w:sz w:val="17"/>
                <w:lang w:eastAsia="ko-KR"/>
              </w:rPr>
              <w:t>공식벤더</w:t>
            </w:r>
            <w:proofErr w:type="spellEnd"/>
            <w:r>
              <w:rPr>
                <w:color w:val="65727A"/>
                <w:sz w:val="17"/>
                <w:lang w:eastAsia="ko-KR"/>
              </w:rPr>
              <w:t xml:space="preserve"> /</w:t>
            </w:r>
            <w:proofErr w:type="gramEnd"/>
            <w:r>
              <w:rPr>
                <w:color w:val="65727A"/>
                <w:sz w:val="17"/>
                <w:lang w:eastAsia="ko-KR"/>
              </w:rPr>
              <w:t xml:space="preserve"> </w:t>
            </w:r>
            <w:proofErr w:type="spellStart"/>
            <w:proofErr w:type="gramStart"/>
            <w:r>
              <w:rPr>
                <w:color w:val="65727A"/>
                <w:sz w:val="17"/>
                <w:lang w:eastAsia="ko-KR"/>
              </w:rPr>
              <w:t>사입벤더</w:t>
            </w:r>
            <w:proofErr w:type="spellEnd"/>
            <w:r>
              <w:rPr>
                <w:color w:val="65727A"/>
                <w:sz w:val="17"/>
                <w:lang w:eastAsia="ko-KR"/>
              </w:rPr>
              <w:t xml:space="preserve"> /</w:t>
            </w:r>
            <w:proofErr w:type="gramEnd"/>
            <w:r>
              <w:rPr>
                <w:color w:val="65727A"/>
                <w:sz w:val="17"/>
                <w:lang w:eastAsia="ko-KR"/>
              </w:rPr>
              <w:t xml:space="preserve"> </w:t>
            </w:r>
            <w:proofErr w:type="gramStart"/>
            <w:r>
              <w:rPr>
                <w:color w:val="65727A"/>
                <w:sz w:val="17"/>
                <w:lang w:eastAsia="ko-KR"/>
              </w:rPr>
              <w:t>라이선스 /</w:t>
            </w:r>
            <w:proofErr w:type="gramEnd"/>
            <w:r>
              <w:rPr>
                <w:color w:val="65727A"/>
                <w:sz w:val="17"/>
                <w:lang w:eastAsia="ko-KR"/>
              </w:rPr>
              <w:t xml:space="preserve"> </w:t>
            </w:r>
            <w:proofErr w:type="spellStart"/>
            <w:r>
              <w:rPr>
                <w:color w:val="65727A"/>
                <w:sz w:val="17"/>
                <w:lang w:eastAsia="ko-KR"/>
              </w:rPr>
              <w:t>복합벤더</w:t>
            </w:r>
            <w:proofErr w:type="spellEnd"/>
            <w:r>
              <w:rPr>
                <w:color w:val="65727A"/>
                <w:sz w:val="17"/>
                <w:lang w:eastAsia="ko-KR"/>
              </w:rPr>
              <w:t xml:space="preserve"> 등</w:t>
            </w:r>
          </w:p>
        </w:tc>
      </w:tr>
    </w:tbl>
    <w:p w14:paraId="5D7BB037" w14:textId="77777777" w:rsidR="00727C2F" w:rsidRDefault="00000000">
      <w:pPr>
        <w:spacing w:before="80" w:after="160"/>
        <w:rPr>
          <w:lang w:eastAsia="ko-KR"/>
        </w:rPr>
      </w:pPr>
      <w:r>
        <w:rPr>
          <w:color w:val="65727A"/>
          <w:sz w:val="16"/>
          <w:lang w:eastAsia="ko-KR"/>
        </w:rPr>
        <w:t xml:space="preserve">※ 현재 운영·확장 기준에 따라 카테고리명을 기재해 주세요. 예: 등산, 캠핑, 피트니스, 라켓, 구기, 뷰티, 낚시, 자전거, 건강기능식품, 차량용품, 문구, KIDULT, DIY, 가전, 디지털, </w:t>
      </w:r>
      <w:proofErr w:type="spellStart"/>
      <w:r>
        <w:rPr>
          <w:color w:val="65727A"/>
          <w:sz w:val="16"/>
          <w:lang w:eastAsia="ko-KR"/>
        </w:rPr>
        <w:t>전통주</w:t>
      </w:r>
      <w:proofErr w:type="spellEnd"/>
      <w:r>
        <w:rPr>
          <w:color w:val="65727A"/>
          <w:sz w:val="16"/>
          <w:lang w:eastAsia="ko-KR"/>
        </w:rPr>
        <w:t xml:space="preserve"> 등. 현재 정의되지 않은 카테고리는 별도 검토될 수 있으며, 병행수입은 기본 검토 대상에서 제외됩니다.</w:t>
      </w:r>
    </w:p>
    <w:p w14:paraId="6D241A8D" w14:textId="77777777" w:rsidR="00727C2F" w:rsidRDefault="00000000">
      <w:pPr>
        <w:keepNext/>
        <w:spacing w:before="160" w:after="100"/>
        <w:rPr>
          <w:lang w:eastAsia="ko-KR"/>
        </w:rPr>
      </w:pPr>
      <w:r>
        <w:rPr>
          <w:b/>
          <w:color w:val="1F2A30"/>
          <w:sz w:val="26"/>
          <w:lang w:eastAsia="ko-KR"/>
        </w:rPr>
        <w:t>3. 영업자격 및 인허가 정보 (해당 시)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800"/>
        <w:gridCol w:w="3600"/>
        <w:gridCol w:w="2304"/>
        <w:gridCol w:w="2376"/>
      </w:tblGrid>
      <w:tr w:rsidR="00727C2F" w14:paraId="340EC108" w14:textId="77777777">
        <w:trPr>
          <w:tblHeader/>
          <w:jc w:val="center"/>
        </w:trPr>
        <w:tc>
          <w:tcPr>
            <w:tcW w:w="1800" w:type="dxa"/>
            <w:tcBorders>
              <w:top w:val="single" w:sz="5" w:space="0" w:color="C9D0D4"/>
              <w:left w:val="single" w:sz="5" w:space="0" w:color="C9D0D4"/>
              <w:bottom w:val="single" w:sz="5" w:space="0" w:color="C9D0D4"/>
              <w:right w:val="single" w:sz="5" w:space="0" w:color="C9D0D4"/>
            </w:tcBorders>
            <w:shd w:val="clear" w:color="auto" w:fill="25353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D1B74A2" w14:textId="77777777" w:rsidR="00727C2F" w:rsidRDefault="00000000">
            <w:pPr>
              <w:spacing w:after="0" w:line="252" w:lineRule="auto"/>
              <w:jc w:val="center"/>
            </w:pPr>
            <w:proofErr w:type="spellStart"/>
            <w:r>
              <w:rPr>
                <w:b/>
                <w:color w:val="FFFFFF"/>
                <w:sz w:val="17"/>
              </w:rPr>
              <w:t>구분</w:t>
            </w:r>
            <w:proofErr w:type="spellEnd"/>
          </w:p>
        </w:tc>
        <w:tc>
          <w:tcPr>
            <w:tcW w:w="3600" w:type="dxa"/>
            <w:tcBorders>
              <w:top w:val="single" w:sz="5" w:space="0" w:color="C9D0D4"/>
              <w:left w:val="single" w:sz="5" w:space="0" w:color="C9D0D4"/>
              <w:bottom w:val="single" w:sz="5" w:space="0" w:color="C9D0D4"/>
              <w:right w:val="single" w:sz="5" w:space="0" w:color="C9D0D4"/>
            </w:tcBorders>
            <w:shd w:val="clear" w:color="auto" w:fill="25353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156236C" w14:textId="77777777" w:rsidR="00727C2F" w:rsidRDefault="00000000">
            <w:pPr>
              <w:spacing w:after="0" w:line="252" w:lineRule="auto"/>
              <w:jc w:val="center"/>
            </w:pPr>
            <w:r>
              <w:rPr>
                <w:b/>
                <w:color w:val="FFFFFF"/>
                <w:sz w:val="17"/>
              </w:rPr>
              <w:t>등록/신고/허가 명칭</w:t>
            </w:r>
          </w:p>
        </w:tc>
        <w:tc>
          <w:tcPr>
            <w:tcW w:w="2304" w:type="dxa"/>
            <w:tcBorders>
              <w:top w:val="single" w:sz="5" w:space="0" w:color="C9D0D4"/>
              <w:left w:val="single" w:sz="5" w:space="0" w:color="C9D0D4"/>
              <w:bottom w:val="single" w:sz="5" w:space="0" w:color="C9D0D4"/>
              <w:right w:val="single" w:sz="5" w:space="0" w:color="C9D0D4"/>
            </w:tcBorders>
            <w:shd w:val="clear" w:color="auto" w:fill="25353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099C565" w14:textId="77777777" w:rsidR="00727C2F" w:rsidRDefault="00000000">
            <w:pPr>
              <w:spacing w:after="0" w:line="252" w:lineRule="auto"/>
              <w:jc w:val="center"/>
            </w:pPr>
            <w:r>
              <w:rPr>
                <w:b/>
                <w:color w:val="FFFFFF"/>
                <w:sz w:val="17"/>
              </w:rPr>
              <w:t>번호</w:t>
            </w:r>
          </w:p>
        </w:tc>
        <w:tc>
          <w:tcPr>
            <w:tcW w:w="2376" w:type="dxa"/>
            <w:tcBorders>
              <w:top w:val="single" w:sz="5" w:space="0" w:color="C9D0D4"/>
              <w:left w:val="single" w:sz="5" w:space="0" w:color="C9D0D4"/>
              <w:bottom w:val="single" w:sz="5" w:space="0" w:color="C9D0D4"/>
              <w:right w:val="single" w:sz="5" w:space="0" w:color="C9D0D4"/>
            </w:tcBorders>
            <w:shd w:val="clear" w:color="auto" w:fill="25353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6368164" w14:textId="77777777" w:rsidR="00727C2F" w:rsidRDefault="00000000">
            <w:pPr>
              <w:spacing w:after="0" w:line="252" w:lineRule="auto"/>
              <w:jc w:val="center"/>
            </w:pPr>
            <w:r>
              <w:rPr>
                <w:b/>
                <w:color w:val="FFFFFF"/>
                <w:sz w:val="17"/>
              </w:rPr>
              <w:t>유효기간/비고</w:t>
            </w:r>
          </w:p>
        </w:tc>
      </w:tr>
      <w:tr w:rsidR="00727C2F" w14:paraId="5EABC181" w14:textId="77777777">
        <w:trPr>
          <w:jc w:val="center"/>
        </w:trPr>
        <w:tc>
          <w:tcPr>
            <w:tcW w:w="1800" w:type="dxa"/>
            <w:tcBorders>
              <w:top w:val="single" w:sz="5" w:space="0" w:color="C9D0D4"/>
              <w:left w:val="single" w:sz="5" w:space="0" w:color="C9D0D4"/>
              <w:bottom w:val="single" w:sz="5" w:space="0" w:color="C9D0D4"/>
              <w:right w:val="single" w:sz="5" w:space="0" w:color="C9D0D4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510125E" w14:textId="77777777" w:rsidR="00727C2F" w:rsidRDefault="00727C2F">
            <w:pPr>
              <w:spacing w:after="0" w:line="252" w:lineRule="auto"/>
            </w:pPr>
          </w:p>
        </w:tc>
        <w:tc>
          <w:tcPr>
            <w:tcW w:w="3600" w:type="dxa"/>
            <w:tcBorders>
              <w:top w:val="single" w:sz="5" w:space="0" w:color="C9D0D4"/>
              <w:left w:val="single" w:sz="5" w:space="0" w:color="C9D0D4"/>
              <w:bottom w:val="single" w:sz="5" w:space="0" w:color="C9D0D4"/>
              <w:right w:val="single" w:sz="5" w:space="0" w:color="C9D0D4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49D7E69" w14:textId="77777777" w:rsidR="00727C2F" w:rsidRDefault="00727C2F">
            <w:pPr>
              <w:spacing w:after="0" w:line="252" w:lineRule="auto"/>
            </w:pPr>
          </w:p>
        </w:tc>
        <w:tc>
          <w:tcPr>
            <w:tcW w:w="2304" w:type="dxa"/>
            <w:tcBorders>
              <w:top w:val="single" w:sz="5" w:space="0" w:color="C9D0D4"/>
              <w:left w:val="single" w:sz="5" w:space="0" w:color="C9D0D4"/>
              <w:bottom w:val="single" w:sz="5" w:space="0" w:color="C9D0D4"/>
              <w:right w:val="single" w:sz="5" w:space="0" w:color="C9D0D4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90748F3" w14:textId="77777777" w:rsidR="00727C2F" w:rsidRDefault="00727C2F">
            <w:pPr>
              <w:spacing w:after="0" w:line="252" w:lineRule="auto"/>
            </w:pPr>
          </w:p>
        </w:tc>
        <w:tc>
          <w:tcPr>
            <w:tcW w:w="2376" w:type="dxa"/>
            <w:tcBorders>
              <w:top w:val="single" w:sz="5" w:space="0" w:color="C9D0D4"/>
              <w:left w:val="single" w:sz="5" w:space="0" w:color="C9D0D4"/>
              <w:bottom w:val="single" w:sz="5" w:space="0" w:color="C9D0D4"/>
              <w:right w:val="single" w:sz="5" w:space="0" w:color="C9D0D4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7868511" w14:textId="77777777" w:rsidR="00727C2F" w:rsidRDefault="00727C2F">
            <w:pPr>
              <w:spacing w:after="0" w:line="252" w:lineRule="auto"/>
            </w:pPr>
          </w:p>
        </w:tc>
      </w:tr>
      <w:tr w:rsidR="00727C2F" w14:paraId="0BA65481" w14:textId="77777777">
        <w:trPr>
          <w:jc w:val="center"/>
        </w:trPr>
        <w:tc>
          <w:tcPr>
            <w:tcW w:w="1800" w:type="dxa"/>
            <w:tcBorders>
              <w:top w:val="single" w:sz="5" w:space="0" w:color="C9D0D4"/>
              <w:left w:val="single" w:sz="5" w:space="0" w:color="C9D0D4"/>
              <w:bottom w:val="single" w:sz="5" w:space="0" w:color="C9D0D4"/>
              <w:right w:val="single" w:sz="5" w:space="0" w:color="C9D0D4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E2B5404" w14:textId="77777777" w:rsidR="00727C2F" w:rsidRDefault="00727C2F">
            <w:pPr>
              <w:spacing w:after="0" w:line="252" w:lineRule="auto"/>
            </w:pPr>
          </w:p>
        </w:tc>
        <w:tc>
          <w:tcPr>
            <w:tcW w:w="3600" w:type="dxa"/>
            <w:tcBorders>
              <w:top w:val="single" w:sz="5" w:space="0" w:color="C9D0D4"/>
              <w:left w:val="single" w:sz="5" w:space="0" w:color="C9D0D4"/>
              <w:bottom w:val="single" w:sz="5" w:space="0" w:color="C9D0D4"/>
              <w:right w:val="single" w:sz="5" w:space="0" w:color="C9D0D4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F431BB5" w14:textId="77777777" w:rsidR="00727C2F" w:rsidRDefault="00727C2F">
            <w:pPr>
              <w:spacing w:after="0" w:line="252" w:lineRule="auto"/>
            </w:pPr>
          </w:p>
        </w:tc>
        <w:tc>
          <w:tcPr>
            <w:tcW w:w="2304" w:type="dxa"/>
            <w:tcBorders>
              <w:top w:val="single" w:sz="5" w:space="0" w:color="C9D0D4"/>
              <w:left w:val="single" w:sz="5" w:space="0" w:color="C9D0D4"/>
              <w:bottom w:val="single" w:sz="5" w:space="0" w:color="C9D0D4"/>
              <w:right w:val="single" w:sz="5" w:space="0" w:color="C9D0D4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C8ACB24" w14:textId="77777777" w:rsidR="00727C2F" w:rsidRDefault="00727C2F">
            <w:pPr>
              <w:spacing w:after="0" w:line="252" w:lineRule="auto"/>
            </w:pPr>
          </w:p>
        </w:tc>
        <w:tc>
          <w:tcPr>
            <w:tcW w:w="2376" w:type="dxa"/>
            <w:tcBorders>
              <w:top w:val="single" w:sz="5" w:space="0" w:color="C9D0D4"/>
              <w:left w:val="single" w:sz="5" w:space="0" w:color="C9D0D4"/>
              <w:bottom w:val="single" w:sz="5" w:space="0" w:color="C9D0D4"/>
              <w:right w:val="single" w:sz="5" w:space="0" w:color="C9D0D4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39FFC7E" w14:textId="77777777" w:rsidR="00727C2F" w:rsidRDefault="00727C2F">
            <w:pPr>
              <w:spacing w:after="0" w:line="252" w:lineRule="auto"/>
            </w:pPr>
          </w:p>
        </w:tc>
      </w:tr>
    </w:tbl>
    <w:p w14:paraId="07048D77" w14:textId="77777777" w:rsidR="00727C2F" w:rsidRDefault="00000000">
      <w:pPr>
        <w:spacing w:before="80" w:after="160"/>
        <w:rPr>
          <w:lang w:eastAsia="ko-KR"/>
        </w:rPr>
      </w:pPr>
      <w:r>
        <w:rPr>
          <w:sz w:val="16"/>
          <w:lang w:eastAsia="ko-KR"/>
        </w:rPr>
        <w:t xml:space="preserve">※ 뷰티, 건강기능식품, </w:t>
      </w:r>
      <w:proofErr w:type="spellStart"/>
      <w:r>
        <w:rPr>
          <w:sz w:val="16"/>
          <w:lang w:eastAsia="ko-KR"/>
        </w:rPr>
        <w:t>전통주</w:t>
      </w:r>
      <w:proofErr w:type="spellEnd"/>
      <w:r>
        <w:rPr>
          <w:sz w:val="16"/>
          <w:lang w:eastAsia="ko-KR"/>
        </w:rPr>
        <w:t xml:space="preserve"> 등 셀러 단위 영업자격 확인이 필요한 경우에만 작성해 주세요. 해당 사항이 없는 경우 공란으로 두어도 되며, 항목이 부족한 경우 행을 추가하여 작성해 주세요.</w:t>
      </w:r>
    </w:p>
    <w:p w14:paraId="54B3D556" w14:textId="77777777" w:rsidR="00727C2F" w:rsidRDefault="00000000">
      <w:pPr>
        <w:keepNext/>
        <w:spacing w:before="160" w:after="100"/>
        <w:rPr>
          <w:lang w:eastAsia="ko-KR"/>
        </w:rPr>
      </w:pPr>
      <w:r>
        <w:rPr>
          <w:b/>
          <w:color w:val="1F2A30"/>
          <w:sz w:val="26"/>
          <w:lang w:eastAsia="ko-KR"/>
        </w:rPr>
        <w:lastRenderedPageBreak/>
        <w:t>4. 카테고리별 추가 제출/확인 서류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806"/>
        <w:gridCol w:w="4855"/>
        <w:gridCol w:w="2935"/>
      </w:tblGrid>
      <w:tr w:rsidR="00727C2F" w14:paraId="6BC1B14B" w14:textId="77777777" w:rsidTr="009546BF">
        <w:trPr>
          <w:trHeight w:val="226"/>
          <w:tblHeader/>
          <w:jc w:val="center"/>
        </w:trPr>
        <w:tc>
          <w:tcPr>
            <w:tcW w:w="1806" w:type="dxa"/>
            <w:tcBorders>
              <w:top w:val="single" w:sz="4" w:space="0" w:color="D6DDE1"/>
              <w:left w:val="single" w:sz="4" w:space="0" w:color="D6DDE1"/>
              <w:bottom w:val="single" w:sz="4" w:space="0" w:color="D6DDE1"/>
              <w:right w:val="single" w:sz="4" w:space="0" w:color="D6DDE1"/>
            </w:tcBorders>
            <w:shd w:val="clear" w:color="auto" w:fill="25353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20C2C8C" w14:textId="77777777" w:rsidR="00727C2F" w:rsidRDefault="00000000">
            <w:pPr>
              <w:spacing w:after="0" w:line="252" w:lineRule="auto"/>
              <w:jc w:val="center"/>
            </w:pPr>
            <w:proofErr w:type="spellStart"/>
            <w:r>
              <w:rPr>
                <w:b/>
                <w:color w:val="FFFFFF"/>
                <w:sz w:val="17"/>
              </w:rPr>
              <w:t>구분</w:t>
            </w:r>
            <w:proofErr w:type="spellEnd"/>
          </w:p>
        </w:tc>
        <w:tc>
          <w:tcPr>
            <w:tcW w:w="4855" w:type="dxa"/>
            <w:tcBorders>
              <w:top w:val="single" w:sz="4" w:space="0" w:color="D6DDE1"/>
              <w:left w:val="single" w:sz="4" w:space="0" w:color="D6DDE1"/>
              <w:bottom w:val="single" w:sz="4" w:space="0" w:color="D6DDE1"/>
              <w:right w:val="single" w:sz="4" w:space="0" w:color="D6DDE1"/>
            </w:tcBorders>
            <w:shd w:val="clear" w:color="auto" w:fill="25353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815A456" w14:textId="77777777" w:rsidR="00727C2F" w:rsidRDefault="00000000">
            <w:pPr>
              <w:spacing w:after="0" w:line="252" w:lineRule="auto"/>
              <w:jc w:val="center"/>
            </w:pPr>
            <w:r>
              <w:rPr>
                <w:b/>
                <w:color w:val="FFFFFF"/>
                <w:sz w:val="17"/>
              </w:rPr>
              <w:t>추가 제출/확인 자료</w:t>
            </w:r>
          </w:p>
        </w:tc>
        <w:tc>
          <w:tcPr>
            <w:tcW w:w="2935" w:type="dxa"/>
            <w:tcBorders>
              <w:top w:val="single" w:sz="4" w:space="0" w:color="D6DDE1"/>
              <w:left w:val="single" w:sz="4" w:space="0" w:color="D6DDE1"/>
              <w:bottom w:val="single" w:sz="4" w:space="0" w:color="D6DDE1"/>
              <w:right w:val="single" w:sz="4" w:space="0" w:color="D6DDE1"/>
            </w:tcBorders>
            <w:shd w:val="clear" w:color="auto" w:fill="25353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14E8142" w14:textId="77777777" w:rsidR="00727C2F" w:rsidRDefault="00000000">
            <w:pPr>
              <w:spacing w:after="0" w:line="252" w:lineRule="auto"/>
              <w:jc w:val="center"/>
            </w:pPr>
            <w:r>
              <w:rPr>
                <w:b/>
                <w:color w:val="FFFFFF"/>
                <w:sz w:val="17"/>
              </w:rPr>
              <w:t>기준</w:t>
            </w:r>
          </w:p>
        </w:tc>
      </w:tr>
      <w:tr w:rsidR="00727C2F" w14:paraId="0F5CF2A0" w14:textId="77777777" w:rsidTr="009546BF">
        <w:trPr>
          <w:trHeight w:val="421"/>
          <w:jc w:val="center"/>
        </w:trPr>
        <w:tc>
          <w:tcPr>
            <w:tcW w:w="1806" w:type="dxa"/>
            <w:tcBorders>
              <w:top w:val="single" w:sz="4" w:space="0" w:color="D6DDE1"/>
              <w:left w:val="single" w:sz="4" w:space="0" w:color="D6DDE1"/>
              <w:bottom w:val="single" w:sz="4" w:space="0" w:color="D6DDE1"/>
              <w:right w:val="single" w:sz="4" w:space="0" w:color="D6DDE1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BB6EE1" w14:textId="77777777" w:rsidR="00727C2F" w:rsidRDefault="00000000">
            <w:pPr>
              <w:spacing w:after="0" w:line="252" w:lineRule="auto"/>
            </w:pPr>
            <w:r>
              <w:rPr>
                <w:color w:val="1F2A30"/>
                <w:sz w:val="16"/>
              </w:rPr>
              <w:t>공통</w:t>
            </w:r>
          </w:p>
        </w:tc>
        <w:tc>
          <w:tcPr>
            <w:tcW w:w="4855" w:type="dxa"/>
            <w:tcBorders>
              <w:top w:val="single" w:sz="4" w:space="0" w:color="D6DDE1"/>
              <w:left w:val="single" w:sz="4" w:space="0" w:color="D6DDE1"/>
              <w:bottom w:val="single" w:sz="4" w:space="0" w:color="D6DDE1"/>
              <w:right w:val="single" w:sz="4" w:space="0" w:color="D6DDE1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1995F1E" w14:textId="77777777" w:rsidR="00727C2F" w:rsidRDefault="00000000">
            <w:pPr>
              <w:spacing w:after="0" w:line="252" w:lineRule="auto"/>
              <w:rPr>
                <w:lang w:eastAsia="ko-KR"/>
              </w:rPr>
            </w:pPr>
            <w:r>
              <w:rPr>
                <w:color w:val="1F2A30"/>
                <w:sz w:val="16"/>
                <w:lang w:eastAsia="ko-KR"/>
              </w:rPr>
              <w:t>추가 카테고리·브랜드의 판매권한 또는 유통경로 확인자료</w:t>
            </w:r>
          </w:p>
        </w:tc>
        <w:tc>
          <w:tcPr>
            <w:tcW w:w="2935" w:type="dxa"/>
            <w:tcBorders>
              <w:top w:val="single" w:sz="4" w:space="0" w:color="D6DDE1"/>
              <w:left w:val="single" w:sz="4" w:space="0" w:color="D6DDE1"/>
              <w:bottom w:val="single" w:sz="4" w:space="0" w:color="D6DDE1"/>
              <w:right w:val="single" w:sz="4" w:space="0" w:color="D6DDE1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3E2D046" w14:textId="77777777" w:rsidR="00727C2F" w:rsidRDefault="00000000">
            <w:pPr>
              <w:spacing w:after="0" w:line="252" w:lineRule="auto"/>
              <w:rPr>
                <w:lang w:eastAsia="ko-KR"/>
              </w:rPr>
            </w:pPr>
            <w:r>
              <w:rPr>
                <w:color w:val="1F2A30"/>
                <w:sz w:val="16"/>
                <w:lang w:eastAsia="ko-KR"/>
              </w:rPr>
              <w:t xml:space="preserve">기존 제출자료로 확인 가능한 경우 </w:t>
            </w:r>
            <w:proofErr w:type="spellStart"/>
            <w:r>
              <w:rPr>
                <w:color w:val="1F2A30"/>
                <w:sz w:val="16"/>
                <w:lang w:eastAsia="ko-KR"/>
              </w:rPr>
              <w:t>재제출</w:t>
            </w:r>
            <w:proofErr w:type="spellEnd"/>
            <w:r>
              <w:rPr>
                <w:color w:val="1F2A30"/>
                <w:sz w:val="16"/>
                <w:lang w:eastAsia="ko-KR"/>
              </w:rPr>
              <w:t xml:space="preserve"> 생략 가능</w:t>
            </w:r>
          </w:p>
        </w:tc>
      </w:tr>
      <w:tr w:rsidR="00727C2F" w14:paraId="3D325D68" w14:textId="77777777" w:rsidTr="009546BF">
        <w:trPr>
          <w:trHeight w:val="437"/>
          <w:jc w:val="center"/>
        </w:trPr>
        <w:tc>
          <w:tcPr>
            <w:tcW w:w="1806" w:type="dxa"/>
            <w:tcBorders>
              <w:top w:val="single" w:sz="4" w:space="0" w:color="D6DDE1"/>
              <w:left w:val="single" w:sz="4" w:space="0" w:color="D6DDE1"/>
              <w:bottom w:val="single" w:sz="4" w:space="0" w:color="D6DDE1"/>
              <w:right w:val="single" w:sz="4" w:space="0" w:color="D6DDE1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BD4902E" w14:textId="465AA23C" w:rsidR="00727C2F" w:rsidRDefault="00000000">
            <w:pPr>
              <w:spacing w:after="0" w:line="252" w:lineRule="auto"/>
              <w:rPr>
                <w:lang w:eastAsia="ko-KR"/>
              </w:rPr>
            </w:pPr>
            <w:r>
              <w:rPr>
                <w:color w:val="1F2A30"/>
                <w:sz w:val="16"/>
                <w:lang w:eastAsia="ko-KR"/>
              </w:rPr>
              <w:t>뷰티(국내 정식 유통 완제품 재판매)</w:t>
            </w:r>
          </w:p>
        </w:tc>
        <w:tc>
          <w:tcPr>
            <w:tcW w:w="4855" w:type="dxa"/>
            <w:tcBorders>
              <w:top w:val="single" w:sz="4" w:space="0" w:color="D6DDE1"/>
              <w:left w:val="single" w:sz="4" w:space="0" w:color="D6DDE1"/>
              <w:bottom w:val="single" w:sz="4" w:space="0" w:color="D6DDE1"/>
              <w:right w:val="single" w:sz="4" w:space="0" w:color="D6DDE1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4AC2D6C" w14:textId="77777777" w:rsidR="00727C2F" w:rsidRDefault="00000000">
            <w:pPr>
              <w:spacing w:after="0" w:line="252" w:lineRule="auto"/>
              <w:rPr>
                <w:lang w:eastAsia="ko-KR"/>
              </w:rPr>
            </w:pPr>
            <w:r>
              <w:rPr>
                <w:color w:val="1F2A30"/>
                <w:sz w:val="16"/>
                <w:lang w:eastAsia="ko-KR"/>
              </w:rPr>
              <w:t>거래명세서·세금계산서·공급계약서 등 국내 유통경로 확인자료</w:t>
            </w:r>
          </w:p>
        </w:tc>
        <w:tc>
          <w:tcPr>
            <w:tcW w:w="2935" w:type="dxa"/>
            <w:tcBorders>
              <w:top w:val="single" w:sz="4" w:space="0" w:color="D6DDE1"/>
              <w:left w:val="single" w:sz="4" w:space="0" w:color="D6DDE1"/>
              <w:bottom w:val="single" w:sz="4" w:space="0" w:color="D6DDE1"/>
              <w:right w:val="single" w:sz="4" w:space="0" w:color="D6DDE1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C5753AF" w14:textId="77777777" w:rsidR="00727C2F" w:rsidRDefault="00000000">
            <w:pPr>
              <w:spacing w:after="0" w:line="252" w:lineRule="auto"/>
            </w:pPr>
            <w:proofErr w:type="spellStart"/>
            <w:r>
              <w:rPr>
                <w:color w:val="1F2A30"/>
                <w:sz w:val="16"/>
              </w:rPr>
              <w:t>판매</w:t>
            </w:r>
            <w:proofErr w:type="spellEnd"/>
            <w:r>
              <w:rPr>
                <w:color w:val="1F2A30"/>
                <w:sz w:val="16"/>
              </w:rPr>
              <w:t xml:space="preserve"> </w:t>
            </w:r>
            <w:proofErr w:type="spellStart"/>
            <w:r>
              <w:rPr>
                <w:color w:val="1F2A30"/>
                <w:sz w:val="16"/>
              </w:rPr>
              <w:t>형태에</w:t>
            </w:r>
            <w:proofErr w:type="spellEnd"/>
            <w:r>
              <w:rPr>
                <w:color w:val="1F2A30"/>
                <w:sz w:val="16"/>
              </w:rPr>
              <w:t xml:space="preserve"> </w:t>
            </w:r>
            <w:proofErr w:type="spellStart"/>
            <w:r>
              <w:rPr>
                <w:color w:val="1F2A30"/>
                <w:sz w:val="16"/>
              </w:rPr>
              <w:t>따라</w:t>
            </w:r>
            <w:proofErr w:type="spellEnd"/>
          </w:p>
        </w:tc>
      </w:tr>
      <w:tr w:rsidR="00727C2F" w14:paraId="5C1826F6" w14:textId="77777777" w:rsidTr="009546BF">
        <w:trPr>
          <w:trHeight w:val="488"/>
          <w:jc w:val="center"/>
        </w:trPr>
        <w:tc>
          <w:tcPr>
            <w:tcW w:w="1806" w:type="dxa"/>
            <w:tcBorders>
              <w:top w:val="single" w:sz="4" w:space="0" w:color="D6DDE1"/>
              <w:left w:val="single" w:sz="4" w:space="0" w:color="D6DDE1"/>
              <w:bottom w:val="single" w:sz="4" w:space="0" w:color="D6DDE1"/>
              <w:right w:val="single" w:sz="4" w:space="0" w:color="D6DDE1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03629EF" w14:textId="281B9CC9" w:rsidR="00727C2F" w:rsidRDefault="00000000" w:rsidP="009546BF">
            <w:pPr>
              <w:spacing w:after="0" w:line="252" w:lineRule="auto"/>
              <w:rPr>
                <w:lang w:eastAsia="ko-KR"/>
              </w:rPr>
            </w:pPr>
            <w:r>
              <w:rPr>
                <w:color w:val="1F2A30"/>
                <w:sz w:val="16"/>
                <w:lang w:eastAsia="ko-KR"/>
              </w:rPr>
              <w:t>뷰티(자체브랜드/OEM·ODM/직접 제조)</w:t>
            </w:r>
          </w:p>
        </w:tc>
        <w:tc>
          <w:tcPr>
            <w:tcW w:w="4855" w:type="dxa"/>
            <w:tcBorders>
              <w:top w:val="single" w:sz="4" w:space="0" w:color="D6DDE1"/>
              <w:left w:val="single" w:sz="4" w:space="0" w:color="D6DDE1"/>
              <w:bottom w:val="single" w:sz="4" w:space="0" w:color="D6DDE1"/>
              <w:right w:val="single" w:sz="4" w:space="0" w:color="D6DDE1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8F396C8" w14:textId="77777777" w:rsidR="00727C2F" w:rsidRDefault="00000000">
            <w:pPr>
              <w:spacing w:after="0" w:line="252" w:lineRule="auto"/>
              <w:rPr>
                <w:lang w:eastAsia="ko-KR"/>
              </w:rPr>
            </w:pPr>
            <w:r>
              <w:rPr>
                <w:color w:val="1F2A30"/>
                <w:sz w:val="16"/>
                <w:lang w:eastAsia="ko-KR"/>
              </w:rPr>
              <w:t>화장품책임판매업 등록 관련 서류</w:t>
            </w:r>
            <w:r>
              <w:rPr>
                <w:color w:val="1F2A30"/>
                <w:sz w:val="16"/>
                <w:lang w:eastAsia="ko-KR"/>
              </w:rPr>
              <w:br/>
              <w:t>직접 제조 시 화장품제조업 등록 관련 서류</w:t>
            </w:r>
          </w:p>
        </w:tc>
        <w:tc>
          <w:tcPr>
            <w:tcW w:w="2935" w:type="dxa"/>
            <w:tcBorders>
              <w:top w:val="single" w:sz="4" w:space="0" w:color="D6DDE1"/>
              <w:left w:val="single" w:sz="4" w:space="0" w:color="D6DDE1"/>
              <w:bottom w:val="single" w:sz="4" w:space="0" w:color="D6DDE1"/>
              <w:right w:val="single" w:sz="4" w:space="0" w:color="D6DDE1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3EC5225" w14:textId="77777777" w:rsidR="00727C2F" w:rsidRDefault="00000000">
            <w:pPr>
              <w:spacing w:after="0" w:line="252" w:lineRule="auto"/>
            </w:pPr>
            <w:proofErr w:type="spellStart"/>
            <w:r>
              <w:rPr>
                <w:color w:val="1F2A30"/>
                <w:sz w:val="16"/>
              </w:rPr>
              <w:t>해당</w:t>
            </w:r>
            <w:proofErr w:type="spellEnd"/>
            <w:r>
              <w:rPr>
                <w:color w:val="1F2A30"/>
                <w:sz w:val="16"/>
              </w:rPr>
              <w:t xml:space="preserve"> 시</w:t>
            </w:r>
          </w:p>
        </w:tc>
      </w:tr>
      <w:tr w:rsidR="00727C2F" w14:paraId="785B7E84" w14:textId="77777777" w:rsidTr="009546BF">
        <w:trPr>
          <w:trHeight w:val="210"/>
          <w:jc w:val="center"/>
        </w:trPr>
        <w:tc>
          <w:tcPr>
            <w:tcW w:w="1806" w:type="dxa"/>
            <w:tcBorders>
              <w:top w:val="single" w:sz="4" w:space="0" w:color="D6DDE1"/>
              <w:left w:val="single" w:sz="4" w:space="0" w:color="D6DDE1"/>
              <w:bottom w:val="single" w:sz="4" w:space="0" w:color="D6DDE1"/>
              <w:right w:val="single" w:sz="4" w:space="0" w:color="D6DDE1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59B9D2F" w14:textId="77777777" w:rsidR="00727C2F" w:rsidRDefault="00000000">
            <w:pPr>
              <w:spacing w:after="0" w:line="252" w:lineRule="auto"/>
            </w:pPr>
            <w:proofErr w:type="spellStart"/>
            <w:r>
              <w:rPr>
                <w:color w:val="1F2A30"/>
                <w:sz w:val="16"/>
              </w:rPr>
              <w:t>건강기능식품</w:t>
            </w:r>
            <w:proofErr w:type="spellEnd"/>
          </w:p>
        </w:tc>
        <w:tc>
          <w:tcPr>
            <w:tcW w:w="4855" w:type="dxa"/>
            <w:tcBorders>
              <w:top w:val="single" w:sz="4" w:space="0" w:color="D6DDE1"/>
              <w:left w:val="single" w:sz="4" w:space="0" w:color="D6DDE1"/>
              <w:bottom w:val="single" w:sz="4" w:space="0" w:color="D6DDE1"/>
              <w:right w:val="single" w:sz="4" w:space="0" w:color="D6DDE1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DE9EA8A" w14:textId="77777777" w:rsidR="00727C2F" w:rsidRDefault="00000000">
            <w:pPr>
              <w:spacing w:after="0" w:line="252" w:lineRule="auto"/>
              <w:rPr>
                <w:lang w:eastAsia="ko-KR"/>
              </w:rPr>
            </w:pPr>
            <w:r>
              <w:rPr>
                <w:color w:val="1F2A30"/>
                <w:sz w:val="16"/>
                <w:lang w:eastAsia="ko-KR"/>
              </w:rPr>
              <w:t>건강기능식품 판매 관련 영업신고 자료</w:t>
            </w:r>
          </w:p>
        </w:tc>
        <w:tc>
          <w:tcPr>
            <w:tcW w:w="2935" w:type="dxa"/>
            <w:tcBorders>
              <w:top w:val="single" w:sz="4" w:space="0" w:color="D6DDE1"/>
              <w:left w:val="single" w:sz="4" w:space="0" w:color="D6DDE1"/>
              <w:bottom w:val="single" w:sz="4" w:space="0" w:color="D6DDE1"/>
              <w:right w:val="single" w:sz="4" w:space="0" w:color="D6DDE1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1D7A17F" w14:textId="77777777" w:rsidR="00727C2F" w:rsidRDefault="00000000">
            <w:pPr>
              <w:spacing w:after="0" w:line="252" w:lineRule="auto"/>
            </w:pPr>
            <w:proofErr w:type="spellStart"/>
            <w:r>
              <w:rPr>
                <w:color w:val="1F2A30"/>
                <w:sz w:val="16"/>
              </w:rPr>
              <w:t>해당</w:t>
            </w:r>
            <w:proofErr w:type="spellEnd"/>
            <w:r>
              <w:rPr>
                <w:color w:val="1F2A30"/>
                <w:sz w:val="16"/>
              </w:rPr>
              <w:t xml:space="preserve"> 시</w:t>
            </w:r>
          </w:p>
        </w:tc>
      </w:tr>
      <w:tr w:rsidR="00727C2F" w14:paraId="472C070A" w14:textId="77777777" w:rsidTr="009546BF">
        <w:trPr>
          <w:trHeight w:val="421"/>
          <w:jc w:val="center"/>
        </w:trPr>
        <w:tc>
          <w:tcPr>
            <w:tcW w:w="1806" w:type="dxa"/>
            <w:tcBorders>
              <w:top w:val="single" w:sz="4" w:space="0" w:color="D6DDE1"/>
              <w:left w:val="single" w:sz="4" w:space="0" w:color="D6DDE1"/>
              <w:bottom w:val="single" w:sz="4" w:space="0" w:color="D6DDE1"/>
              <w:right w:val="single" w:sz="4" w:space="0" w:color="D6DDE1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911980B" w14:textId="77777777" w:rsidR="00727C2F" w:rsidRDefault="00000000">
            <w:pPr>
              <w:spacing w:after="0" w:line="252" w:lineRule="auto"/>
            </w:pPr>
            <w:proofErr w:type="spellStart"/>
            <w:r>
              <w:rPr>
                <w:color w:val="1F2A30"/>
                <w:sz w:val="16"/>
              </w:rPr>
              <w:t>전통주</w:t>
            </w:r>
            <w:proofErr w:type="spellEnd"/>
          </w:p>
        </w:tc>
        <w:tc>
          <w:tcPr>
            <w:tcW w:w="4855" w:type="dxa"/>
            <w:tcBorders>
              <w:top w:val="single" w:sz="4" w:space="0" w:color="D6DDE1"/>
              <w:left w:val="single" w:sz="4" w:space="0" w:color="D6DDE1"/>
              <w:bottom w:val="single" w:sz="4" w:space="0" w:color="D6DDE1"/>
              <w:right w:val="single" w:sz="4" w:space="0" w:color="D6DDE1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302D535" w14:textId="77777777" w:rsidR="00727C2F" w:rsidRDefault="00000000">
            <w:pPr>
              <w:spacing w:after="0" w:line="252" w:lineRule="auto"/>
              <w:rPr>
                <w:lang w:eastAsia="ko-KR"/>
              </w:rPr>
            </w:pPr>
            <w:r>
              <w:rPr>
                <w:color w:val="1F2A30"/>
                <w:sz w:val="16"/>
                <w:lang w:eastAsia="ko-KR"/>
              </w:rPr>
              <w:t>제조·판매 및 통신판매 자격 확인자료</w:t>
            </w:r>
            <w:r>
              <w:rPr>
                <w:color w:val="1F2A30"/>
                <w:sz w:val="16"/>
                <w:lang w:eastAsia="ko-KR"/>
              </w:rPr>
              <w:br/>
              <w:t>판매 예정 주류 목록 및 상품 정보</w:t>
            </w:r>
          </w:p>
        </w:tc>
        <w:tc>
          <w:tcPr>
            <w:tcW w:w="2935" w:type="dxa"/>
            <w:tcBorders>
              <w:top w:val="single" w:sz="4" w:space="0" w:color="D6DDE1"/>
              <w:left w:val="single" w:sz="4" w:space="0" w:color="D6DDE1"/>
              <w:bottom w:val="single" w:sz="4" w:space="0" w:color="D6DDE1"/>
              <w:right w:val="single" w:sz="4" w:space="0" w:color="D6DDE1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EBA2BB7" w14:textId="77777777" w:rsidR="00727C2F" w:rsidRDefault="00000000">
            <w:pPr>
              <w:spacing w:after="0" w:line="252" w:lineRule="auto"/>
            </w:pPr>
            <w:proofErr w:type="spellStart"/>
            <w:r>
              <w:rPr>
                <w:color w:val="1F2A30"/>
                <w:sz w:val="16"/>
              </w:rPr>
              <w:t>별도</w:t>
            </w:r>
            <w:proofErr w:type="spellEnd"/>
            <w:r>
              <w:rPr>
                <w:color w:val="1F2A30"/>
                <w:sz w:val="16"/>
              </w:rPr>
              <w:t xml:space="preserve"> </w:t>
            </w:r>
            <w:proofErr w:type="spellStart"/>
            <w:r>
              <w:rPr>
                <w:color w:val="1F2A30"/>
                <w:sz w:val="16"/>
              </w:rPr>
              <w:t>심사</w:t>
            </w:r>
            <w:proofErr w:type="spellEnd"/>
          </w:p>
        </w:tc>
      </w:tr>
      <w:tr w:rsidR="00727C2F" w14:paraId="11B568E6" w14:textId="77777777" w:rsidTr="009546BF">
        <w:trPr>
          <w:trHeight w:val="210"/>
          <w:jc w:val="center"/>
        </w:trPr>
        <w:tc>
          <w:tcPr>
            <w:tcW w:w="1806" w:type="dxa"/>
            <w:tcBorders>
              <w:top w:val="single" w:sz="4" w:space="0" w:color="D6DDE1"/>
              <w:left w:val="single" w:sz="4" w:space="0" w:color="D6DDE1"/>
              <w:bottom w:val="single" w:sz="4" w:space="0" w:color="D6DDE1"/>
              <w:right w:val="single" w:sz="4" w:space="0" w:color="D6DDE1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F16D256" w14:textId="77777777" w:rsidR="00727C2F" w:rsidRDefault="00000000">
            <w:pPr>
              <w:spacing w:after="0" w:line="252" w:lineRule="auto"/>
            </w:pPr>
            <w:proofErr w:type="spellStart"/>
            <w:r>
              <w:rPr>
                <w:color w:val="1F2A30"/>
                <w:sz w:val="16"/>
              </w:rPr>
              <w:t>기타</w:t>
            </w:r>
            <w:proofErr w:type="spellEnd"/>
            <w:r>
              <w:rPr>
                <w:color w:val="1F2A30"/>
                <w:sz w:val="16"/>
              </w:rPr>
              <w:t xml:space="preserve"> </w:t>
            </w:r>
            <w:proofErr w:type="spellStart"/>
            <w:r>
              <w:rPr>
                <w:color w:val="1F2A30"/>
                <w:sz w:val="16"/>
              </w:rPr>
              <w:t>카테고리</w:t>
            </w:r>
            <w:proofErr w:type="spellEnd"/>
          </w:p>
        </w:tc>
        <w:tc>
          <w:tcPr>
            <w:tcW w:w="4855" w:type="dxa"/>
            <w:tcBorders>
              <w:top w:val="single" w:sz="4" w:space="0" w:color="D6DDE1"/>
              <w:left w:val="single" w:sz="4" w:space="0" w:color="D6DDE1"/>
              <w:bottom w:val="single" w:sz="4" w:space="0" w:color="D6DDE1"/>
              <w:right w:val="single" w:sz="4" w:space="0" w:color="D6DDE1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99026ED" w14:textId="77777777" w:rsidR="00727C2F" w:rsidRDefault="00000000">
            <w:pPr>
              <w:spacing w:after="0" w:line="252" w:lineRule="auto"/>
              <w:rPr>
                <w:lang w:eastAsia="ko-KR"/>
              </w:rPr>
            </w:pPr>
            <w:r>
              <w:rPr>
                <w:color w:val="1F2A30"/>
                <w:sz w:val="16"/>
                <w:lang w:eastAsia="ko-KR"/>
              </w:rPr>
              <w:t>입점 단계 추가 제출서류 없음</w:t>
            </w:r>
          </w:p>
        </w:tc>
        <w:tc>
          <w:tcPr>
            <w:tcW w:w="2935" w:type="dxa"/>
            <w:tcBorders>
              <w:top w:val="single" w:sz="4" w:space="0" w:color="D6DDE1"/>
              <w:left w:val="single" w:sz="4" w:space="0" w:color="D6DDE1"/>
              <w:bottom w:val="single" w:sz="4" w:space="0" w:color="D6DDE1"/>
              <w:right w:val="single" w:sz="4" w:space="0" w:color="D6DDE1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A322B57" w14:textId="77777777" w:rsidR="00727C2F" w:rsidRDefault="00000000">
            <w:pPr>
              <w:spacing w:after="0" w:line="252" w:lineRule="auto"/>
            </w:pPr>
            <w:proofErr w:type="spellStart"/>
            <w:r>
              <w:rPr>
                <w:color w:val="1F2A30"/>
                <w:sz w:val="16"/>
              </w:rPr>
              <w:t>필요</w:t>
            </w:r>
            <w:proofErr w:type="spellEnd"/>
            <w:r>
              <w:rPr>
                <w:color w:val="1F2A30"/>
                <w:sz w:val="16"/>
              </w:rPr>
              <w:t xml:space="preserve"> 시 </w:t>
            </w:r>
            <w:proofErr w:type="spellStart"/>
            <w:r>
              <w:rPr>
                <w:color w:val="1F2A30"/>
                <w:sz w:val="16"/>
              </w:rPr>
              <w:t>추가</w:t>
            </w:r>
            <w:proofErr w:type="spellEnd"/>
            <w:r>
              <w:rPr>
                <w:color w:val="1F2A30"/>
                <w:sz w:val="16"/>
              </w:rPr>
              <w:t xml:space="preserve"> </w:t>
            </w:r>
            <w:proofErr w:type="spellStart"/>
            <w:r>
              <w:rPr>
                <w:color w:val="1F2A30"/>
                <w:sz w:val="16"/>
              </w:rPr>
              <w:t>자료</w:t>
            </w:r>
            <w:proofErr w:type="spellEnd"/>
            <w:r>
              <w:rPr>
                <w:color w:val="1F2A30"/>
                <w:sz w:val="16"/>
              </w:rPr>
              <w:t xml:space="preserve"> 요청</w:t>
            </w:r>
          </w:p>
        </w:tc>
      </w:tr>
      <w:tr w:rsidR="00727C2F" w14:paraId="0000CAF2" w14:textId="77777777" w:rsidTr="009546BF">
        <w:trPr>
          <w:trHeight w:val="562"/>
          <w:jc w:val="center"/>
        </w:trPr>
        <w:tc>
          <w:tcPr>
            <w:tcW w:w="1806" w:type="dxa"/>
            <w:tcBorders>
              <w:top w:val="single" w:sz="4" w:space="0" w:color="D6DDE1"/>
              <w:left w:val="single" w:sz="4" w:space="0" w:color="D6DDE1"/>
              <w:bottom w:val="single" w:sz="4" w:space="0" w:color="D6DDE1"/>
              <w:right w:val="single" w:sz="4" w:space="0" w:color="D6DDE1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785ED2F" w14:textId="77777777" w:rsidR="00727C2F" w:rsidRDefault="00000000">
            <w:pPr>
              <w:spacing w:after="0" w:line="252" w:lineRule="auto"/>
            </w:pPr>
            <w:proofErr w:type="spellStart"/>
            <w:r>
              <w:rPr>
                <w:color w:val="1F2A30"/>
                <w:sz w:val="16"/>
              </w:rPr>
              <w:t>상품</w:t>
            </w:r>
            <w:proofErr w:type="spellEnd"/>
            <w:r>
              <w:rPr>
                <w:color w:val="1F2A30"/>
                <w:sz w:val="16"/>
              </w:rPr>
              <w:t xml:space="preserve"> </w:t>
            </w:r>
            <w:proofErr w:type="spellStart"/>
            <w:r>
              <w:rPr>
                <w:color w:val="1F2A30"/>
                <w:sz w:val="16"/>
              </w:rPr>
              <w:t>단위</w:t>
            </w:r>
            <w:proofErr w:type="spellEnd"/>
            <w:r>
              <w:rPr>
                <w:color w:val="1F2A30"/>
                <w:sz w:val="16"/>
              </w:rPr>
              <w:t xml:space="preserve"> </w:t>
            </w:r>
            <w:proofErr w:type="spellStart"/>
            <w:r>
              <w:rPr>
                <w:color w:val="1F2A30"/>
                <w:sz w:val="16"/>
              </w:rPr>
              <w:t>인증·신고</w:t>
            </w:r>
            <w:proofErr w:type="spellEnd"/>
          </w:p>
        </w:tc>
        <w:tc>
          <w:tcPr>
            <w:tcW w:w="4855" w:type="dxa"/>
            <w:tcBorders>
              <w:top w:val="single" w:sz="4" w:space="0" w:color="D6DDE1"/>
              <w:left w:val="single" w:sz="4" w:space="0" w:color="D6DDE1"/>
              <w:bottom w:val="single" w:sz="4" w:space="0" w:color="D6DDE1"/>
              <w:right w:val="single" w:sz="4" w:space="0" w:color="D6DDE1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7E915AA" w14:textId="77777777" w:rsidR="00727C2F" w:rsidRDefault="00000000">
            <w:pPr>
              <w:spacing w:after="0" w:line="252" w:lineRule="auto"/>
              <w:rPr>
                <w:lang w:eastAsia="ko-KR"/>
              </w:rPr>
            </w:pPr>
            <w:r>
              <w:rPr>
                <w:color w:val="1F2A30"/>
                <w:sz w:val="16"/>
                <w:lang w:eastAsia="ko-KR"/>
              </w:rPr>
              <w:t>신청 단계에서 일괄 제출하지 않음</w:t>
            </w:r>
          </w:p>
        </w:tc>
        <w:tc>
          <w:tcPr>
            <w:tcW w:w="2935" w:type="dxa"/>
            <w:tcBorders>
              <w:top w:val="single" w:sz="4" w:space="0" w:color="D6DDE1"/>
              <w:left w:val="single" w:sz="4" w:space="0" w:color="D6DDE1"/>
              <w:bottom w:val="single" w:sz="4" w:space="0" w:color="D6DDE1"/>
              <w:right w:val="single" w:sz="4" w:space="0" w:color="D6DDE1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3F102AE" w14:textId="77777777" w:rsidR="00727C2F" w:rsidRDefault="00000000">
            <w:pPr>
              <w:spacing w:after="0" w:line="252" w:lineRule="auto"/>
              <w:rPr>
                <w:lang w:eastAsia="ko-KR"/>
              </w:rPr>
            </w:pPr>
            <w:r>
              <w:rPr>
                <w:color w:val="1F2A30"/>
                <w:sz w:val="16"/>
                <w:lang w:eastAsia="ko-KR"/>
              </w:rPr>
              <w:t>상품 등록·검수 시 조회 불가·불일치·대상 여부 불명확·고위험 상품에 한해 추가 요청</w:t>
            </w:r>
          </w:p>
        </w:tc>
      </w:tr>
    </w:tbl>
    <w:p w14:paraId="39765199" w14:textId="77777777" w:rsidR="00727C2F" w:rsidRDefault="00727C2F">
      <w:pPr>
        <w:spacing w:after="0"/>
        <w:rPr>
          <w:lang w:eastAsia="ko-KR"/>
        </w:rPr>
      </w:pPr>
    </w:p>
    <w:p w14:paraId="0B253074" w14:textId="77777777" w:rsidR="00727C2F" w:rsidRDefault="00000000">
      <w:pPr>
        <w:keepNext/>
        <w:spacing w:before="160" w:after="100"/>
        <w:rPr>
          <w:lang w:eastAsia="ko-KR"/>
        </w:rPr>
      </w:pPr>
      <w:r>
        <w:rPr>
          <w:b/>
          <w:color w:val="1F2A30"/>
          <w:sz w:val="26"/>
          <w:lang w:eastAsia="ko-KR"/>
        </w:rPr>
        <w:t>5. 신청 확인 및 동의</w:t>
      </w:r>
    </w:p>
    <w:p w14:paraId="2CC0998C" w14:textId="77777777" w:rsidR="00727C2F" w:rsidRDefault="00000000">
      <w:pPr>
        <w:spacing w:after="60" w:line="269" w:lineRule="auto"/>
        <w:ind w:left="144" w:hanging="144"/>
        <w:rPr>
          <w:lang w:eastAsia="ko-KR"/>
        </w:rPr>
      </w:pPr>
      <w:r>
        <w:rPr>
          <w:color w:val="1F2A30"/>
          <w:sz w:val="18"/>
          <w:lang w:eastAsia="ko-KR"/>
        </w:rPr>
        <w:t>• 본 신청서에 기재한 내용과 제출한 자료는 사실과 다름이 없음을 확인합니다.</w:t>
      </w:r>
    </w:p>
    <w:p w14:paraId="73CF6DAB" w14:textId="77777777" w:rsidR="00727C2F" w:rsidRDefault="00000000">
      <w:pPr>
        <w:spacing w:after="60" w:line="269" w:lineRule="auto"/>
        <w:ind w:left="144" w:hanging="144"/>
        <w:rPr>
          <w:lang w:eastAsia="ko-KR"/>
        </w:rPr>
      </w:pPr>
      <w:r>
        <w:rPr>
          <w:color w:val="1F2A30"/>
          <w:sz w:val="18"/>
          <w:lang w:eastAsia="ko-KR"/>
        </w:rPr>
        <w:t>• 신청 단계에서는 셀러 단위 판매자격과 유통 구조를 확인하며, 개별 상품의 KC·전기·전파·가스·표시·신고 등 요건은 상품 등록 및 검수 단계에서 별도로 확인될 수 있습니다.</w:t>
      </w:r>
    </w:p>
    <w:p w14:paraId="77AF22D8" w14:textId="77777777" w:rsidR="00727C2F" w:rsidRDefault="00000000">
      <w:pPr>
        <w:spacing w:after="60" w:line="269" w:lineRule="auto"/>
        <w:ind w:left="144" w:hanging="144"/>
        <w:rPr>
          <w:lang w:eastAsia="ko-KR"/>
        </w:rPr>
      </w:pPr>
      <w:r>
        <w:rPr>
          <w:color w:val="1F2A30"/>
          <w:sz w:val="18"/>
          <w:lang w:eastAsia="ko-KR"/>
        </w:rPr>
        <w:t>• 카테고리 및 판매 구조에 따라 추가 영업자격, 인허가 또는 관련 자료 제출을 요청할 수 있습니다.</w:t>
      </w:r>
    </w:p>
    <w:p w14:paraId="14D89DB3" w14:textId="77777777" w:rsidR="00727C2F" w:rsidRDefault="00000000">
      <w:pPr>
        <w:spacing w:after="60" w:line="269" w:lineRule="auto"/>
        <w:ind w:left="144" w:hanging="144"/>
        <w:rPr>
          <w:lang w:eastAsia="ko-KR"/>
        </w:rPr>
      </w:pPr>
      <w:r>
        <w:rPr>
          <w:color w:val="1F2A30"/>
          <w:sz w:val="18"/>
          <w:lang w:eastAsia="ko-KR"/>
        </w:rPr>
        <w:t>• 카테고리 추가 승인은 개별 상품의 판매 가능성을 일괄 보장하지 않으며, 상품별 요건에 따라 등록·판매가 제한될 수 있습니다.</w:t>
      </w:r>
    </w:p>
    <w:p w14:paraId="55269ECA" w14:textId="77777777" w:rsidR="00727C2F" w:rsidRDefault="00000000">
      <w:pPr>
        <w:spacing w:after="60" w:line="269" w:lineRule="auto"/>
        <w:ind w:left="144" w:hanging="144"/>
        <w:rPr>
          <w:lang w:eastAsia="ko-KR"/>
        </w:rPr>
      </w:pPr>
      <w:r>
        <w:rPr>
          <w:color w:val="1F2A30"/>
          <w:sz w:val="18"/>
          <w:lang w:eastAsia="ko-KR"/>
        </w:rPr>
        <w:t xml:space="preserve">• 신청 카테고리가 현재 </w:t>
      </w:r>
      <w:proofErr w:type="spellStart"/>
      <w:r>
        <w:rPr>
          <w:color w:val="1F2A30"/>
          <w:sz w:val="18"/>
          <w:lang w:eastAsia="ko-KR"/>
        </w:rPr>
        <w:t>애슬러의</w:t>
      </w:r>
      <w:proofErr w:type="spellEnd"/>
      <w:r>
        <w:rPr>
          <w:color w:val="1F2A30"/>
          <w:sz w:val="18"/>
          <w:lang w:eastAsia="ko-KR"/>
        </w:rPr>
        <w:t xml:space="preserve"> 운영 범위에 포함되지 않거나 별도 검토가 필요한 경우, 심사 결과에 따라 승인되지 않거나 판매 가능한 범위가 제한될 수 있습니다.</w:t>
      </w:r>
    </w:p>
    <w:p w14:paraId="45A67F27" w14:textId="77777777" w:rsidR="00727C2F" w:rsidRDefault="00000000">
      <w:pPr>
        <w:spacing w:before="80" w:after="120"/>
        <w:rPr>
          <w:lang w:eastAsia="ko-KR"/>
        </w:rPr>
      </w:pPr>
      <w:r>
        <w:rPr>
          <w:b/>
          <w:color w:val="1F2A30"/>
          <w:sz w:val="18"/>
          <w:lang w:eastAsia="ko-KR"/>
        </w:rPr>
        <w:t>본 신청서를 제출하는 경우, 위 내용을 모두 확인하고 이에 동의한 것으로 봅니다.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584"/>
        <w:gridCol w:w="3312"/>
        <w:gridCol w:w="1728"/>
        <w:gridCol w:w="3456"/>
      </w:tblGrid>
      <w:tr w:rsidR="00727C2F" w14:paraId="3FBDFB5A" w14:textId="77777777">
        <w:trPr>
          <w:jc w:val="center"/>
        </w:trPr>
        <w:tc>
          <w:tcPr>
            <w:tcW w:w="1584" w:type="dxa"/>
            <w:tcBorders>
              <w:top w:val="single" w:sz="5" w:space="0" w:color="C9D0D4"/>
              <w:left w:val="single" w:sz="5" w:space="0" w:color="C9D0D4"/>
              <w:bottom w:val="single" w:sz="5" w:space="0" w:color="C9D0D4"/>
              <w:right w:val="single" w:sz="5" w:space="0" w:color="C9D0D4"/>
            </w:tcBorders>
            <w:shd w:val="clear" w:color="auto" w:fill="F2F4F5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F68D7DB" w14:textId="77777777" w:rsidR="00727C2F" w:rsidRDefault="00000000">
            <w:pPr>
              <w:spacing w:after="0" w:line="259" w:lineRule="auto"/>
            </w:pPr>
            <w:proofErr w:type="spellStart"/>
            <w:r>
              <w:rPr>
                <w:b/>
                <w:color w:val="1F2A30"/>
                <w:sz w:val="18"/>
              </w:rPr>
              <w:t>신청일</w:t>
            </w:r>
            <w:proofErr w:type="spellEnd"/>
          </w:p>
        </w:tc>
        <w:tc>
          <w:tcPr>
            <w:tcW w:w="3312" w:type="dxa"/>
            <w:tcBorders>
              <w:top w:val="single" w:sz="5" w:space="0" w:color="C9D0D4"/>
              <w:left w:val="single" w:sz="5" w:space="0" w:color="C9D0D4"/>
              <w:bottom w:val="single" w:sz="5" w:space="0" w:color="C9D0D4"/>
              <w:right w:val="single" w:sz="5" w:space="0" w:color="C9D0D4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42DBA7D" w14:textId="77777777" w:rsidR="00727C2F" w:rsidRDefault="00000000">
            <w:pPr>
              <w:spacing w:after="0" w:line="259" w:lineRule="auto"/>
            </w:pPr>
            <w:r>
              <w:rPr>
                <w:color w:val="1F2A30"/>
                <w:sz w:val="18"/>
              </w:rPr>
              <w:t>20    년    월    일</w:t>
            </w:r>
          </w:p>
        </w:tc>
        <w:tc>
          <w:tcPr>
            <w:tcW w:w="1728" w:type="dxa"/>
            <w:tcBorders>
              <w:top w:val="single" w:sz="5" w:space="0" w:color="C9D0D4"/>
              <w:left w:val="single" w:sz="5" w:space="0" w:color="C9D0D4"/>
              <w:bottom w:val="single" w:sz="5" w:space="0" w:color="C9D0D4"/>
              <w:right w:val="single" w:sz="5" w:space="0" w:color="C9D0D4"/>
            </w:tcBorders>
            <w:shd w:val="clear" w:color="auto" w:fill="F2F4F5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957FD4A" w14:textId="77777777" w:rsidR="00727C2F" w:rsidRDefault="00000000">
            <w:pPr>
              <w:spacing w:after="0" w:line="259" w:lineRule="auto"/>
            </w:pPr>
            <w:r>
              <w:rPr>
                <w:b/>
                <w:color w:val="1F2A30"/>
                <w:sz w:val="18"/>
              </w:rPr>
              <w:t>신청자 성명</w:t>
            </w:r>
          </w:p>
        </w:tc>
        <w:tc>
          <w:tcPr>
            <w:tcW w:w="3456" w:type="dxa"/>
            <w:tcBorders>
              <w:top w:val="single" w:sz="5" w:space="0" w:color="C9D0D4"/>
              <w:left w:val="single" w:sz="5" w:space="0" w:color="C9D0D4"/>
              <w:bottom w:val="single" w:sz="5" w:space="0" w:color="C9D0D4"/>
              <w:right w:val="single" w:sz="5" w:space="0" w:color="C9D0D4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F9CDC57" w14:textId="77777777" w:rsidR="00727C2F" w:rsidRDefault="00727C2F">
            <w:pPr>
              <w:spacing w:after="0" w:line="259" w:lineRule="auto"/>
            </w:pPr>
          </w:p>
        </w:tc>
      </w:tr>
    </w:tbl>
    <w:p w14:paraId="76608E5F" w14:textId="77777777" w:rsidR="00727C2F" w:rsidRDefault="00727C2F">
      <w:pPr>
        <w:spacing w:after="0"/>
      </w:pPr>
    </w:p>
    <w:p w14:paraId="7142DB2E" w14:textId="77777777" w:rsidR="00727C2F" w:rsidRDefault="00000000">
      <w:pPr>
        <w:spacing w:before="80" w:after="0"/>
        <w:jc w:val="right"/>
      </w:pPr>
      <w:r>
        <w:rPr>
          <w:noProof/>
        </w:rPr>
        <w:drawing>
          <wp:inline distT="0" distB="0" distL="0" distR="0" wp14:anchorId="2CDF598A" wp14:editId="0F7AD748">
            <wp:extent cx="594360" cy="174706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nd_logo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" cy="1747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27C2F" w:rsidSect="00034616">
      <w:footerReference w:type="default" r:id="rId9"/>
      <w:pgSz w:w="12240" w:h="15840"/>
      <w:pgMar w:top="965" w:right="1008" w:bottom="893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B74376" w14:textId="77777777" w:rsidR="006701F4" w:rsidRDefault="006701F4">
      <w:pPr>
        <w:spacing w:after="0" w:line="240" w:lineRule="auto"/>
      </w:pPr>
      <w:r>
        <w:separator/>
      </w:r>
    </w:p>
  </w:endnote>
  <w:endnote w:type="continuationSeparator" w:id="0">
    <w:p w14:paraId="2AC3DDAA" w14:textId="77777777" w:rsidR="006701F4" w:rsidRDefault="006701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Noto Sans CJK KR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71886C" w14:textId="77777777" w:rsidR="00727C2F" w:rsidRDefault="00000000">
    <w:pPr>
      <w:pStyle w:val="a6"/>
      <w:jc w:val="right"/>
      <w:rPr>
        <w:lang w:eastAsia="ko-KR"/>
      </w:rPr>
    </w:pPr>
    <w:r>
      <w:rPr>
        <w:color w:val="8B959B"/>
        <w:sz w:val="15"/>
        <w:lang w:eastAsia="ko-KR"/>
      </w:rPr>
      <w:t>ATHLER 셀러 정보관리 | 신청서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E6515D" w14:textId="77777777" w:rsidR="006701F4" w:rsidRDefault="006701F4">
      <w:pPr>
        <w:spacing w:after="0" w:line="240" w:lineRule="auto"/>
      </w:pPr>
      <w:r>
        <w:separator/>
      </w:r>
    </w:p>
  </w:footnote>
  <w:footnote w:type="continuationSeparator" w:id="0">
    <w:p w14:paraId="3703753E" w14:textId="77777777" w:rsidR="006701F4" w:rsidRDefault="006701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21255476">
    <w:abstractNumId w:val="8"/>
  </w:num>
  <w:num w:numId="2" w16cid:durableId="1434591934">
    <w:abstractNumId w:val="6"/>
  </w:num>
  <w:num w:numId="3" w16cid:durableId="631329258">
    <w:abstractNumId w:val="5"/>
  </w:num>
  <w:num w:numId="4" w16cid:durableId="711852574">
    <w:abstractNumId w:val="4"/>
  </w:num>
  <w:num w:numId="5" w16cid:durableId="873691255">
    <w:abstractNumId w:val="7"/>
  </w:num>
  <w:num w:numId="6" w16cid:durableId="722489323">
    <w:abstractNumId w:val="3"/>
  </w:num>
  <w:num w:numId="7" w16cid:durableId="24454335">
    <w:abstractNumId w:val="2"/>
  </w:num>
  <w:num w:numId="8" w16cid:durableId="1170565411">
    <w:abstractNumId w:val="1"/>
  </w:num>
  <w:num w:numId="9" w16cid:durableId="7920956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6701F4"/>
    <w:rsid w:val="00727C2F"/>
    <w:rsid w:val="009546BF"/>
    <w:rsid w:val="00A5740D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CFEEFA"/>
  <w14:defaultImageDpi w14:val="300"/>
  <w15:docId w15:val="{0A6BD380-3A81-484E-BE41-0EA4498FA8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Noto Sans CJK KR" w:eastAsia="Noto Sans CJK KR" w:hAnsi="Noto Sans CJK KR"/>
      <w:sz w:val="21"/>
    </w:rPr>
  </w:style>
  <w:style w:type="paragraph" w:styleId="1">
    <w:name w:val="heading 1"/>
    <w:basedOn w:val="a1"/>
    <w:next w:val="a1"/>
    <w:link w:val="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머리글 Char"/>
    <w:basedOn w:val="a2"/>
    <w:link w:val="a5"/>
    <w:uiPriority w:val="99"/>
    <w:rsid w:val="00E618BF"/>
  </w:style>
  <w:style w:type="paragraph" w:styleId="a6">
    <w:name w:val="footer"/>
    <w:basedOn w:val="a1"/>
    <w:link w:val="Char0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바닥글 Char"/>
    <w:basedOn w:val="a2"/>
    <w:link w:val="a6"/>
    <w:uiPriority w:val="99"/>
    <w:rsid w:val="00E618BF"/>
  </w:style>
  <w:style w:type="paragraph" w:styleId="a7">
    <w:name w:val="No Spacing"/>
    <w:uiPriority w:val="1"/>
    <w:qFormat/>
    <w:rsid w:val="00FC693F"/>
    <w:pPr>
      <w:spacing w:after="0" w:line="240" w:lineRule="auto"/>
    </w:pPr>
  </w:style>
  <w:style w:type="character" w:customStyle="1" w:styleId="1Char">
    <w:name w:val="제목 1 Char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Char">
    <w:name w:val="제목 2 Char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Char">
    <w:name w:val="제목 3 Char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8">
    <w:name w:val="Title"/>
    <w:basedOn w:val="a1"/>
    <w:next w:val="a1"/>
    <w:link w:val="Char1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har1">
    <w:name w:val="제목 Char"/>
    <w:basedOn w:val="a2"/>
    <w:link w:val="a8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9">
    <w:name w:val="Subtitle"/>
    <w:basedOn w:val="a1"/>
    <w:next w:val="a1"/>
    <w:link w:val="Char2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Char2">
    <w:name w:val="부제 Char"/>
    <w:basedOn w:val="a2"/>
    <w:link w:val="a9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a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b">
    <w:name w:val="Body Text"/>
    <w:basedOn w:val="a1"/>
    <w:link w:val="Char3"/>
    <w:uiPriority w:val="99"/>
    <w:unhideWhenUsed/>
    <w:rsid w:val="00AA1D8D"/>
    <w:pPr>
      <w:spacing w:after="120"/>
    </w:pPr>
  </w:style>
  <w:style w:type="character" w:customStyle="1" w:styleId="Char3">
    <w:name w:val="본문 Char"/>
    <w:basedOn w:val="a2"/>
    <w:link w:val="ab"/>
    <w:uiPriority w:val="99"/>
    <w:rsid w:val="00AA1D8D"/>
  </w:style>
  <w:style w:type="paragraph" w:styleId="22">
    <w:name w:val="Body Text 2"/>
    <w:basedOn w:val="a1"/>
    <w:link w:val="2Char0"/>
    <w:uiPriority w:val="99"/>
    <w:unhideWhenUsed/>
    <w:rsid w:val="00AA1D8D"/>
    <w:pPr>
      <w:spacing w:after="120" w:line="480" w:lineRule="auto"/>
    </w:pPr>
  </w:style>
  <w:style w:type="character" w:customStyle="1" w:styleId="2Char0">
    <w:name w:val="본문 2 Char"/>
    <w:basedOn w:val="a2"/>
    <w:link w:val="22"/>
    <w:uiPriority w:val="99"/>
    <w:rsid w:val="00AA1D8D"/>
  </w:style>
  <w:style w:type="paragraph" w:styleId="32">
    <w:name w:val="Body Text 3"/>
    <w:basedOn w:val="a1"/>
    <w:link w:val="3Char0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Char0">
    <w:name w:val="본문 3 Char"/>
    <w:basedOn w:val="a2"/>
    <w:link w:val="32"/>
    <w:uiPriority w:val="99"/>
    <w:rsid w:val="00AA1D8D"/>
    <w:rPr>
      <w:sz w:val="16"/>
      <w:szCs w:val="16"/>
    </w:rPr>
  </w:style>
  <w:style w:type="paragraph" w:styleId="ac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3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3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d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4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4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e">
    <w:name w:val="macro"/>
    <w:link w:val="Char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Char4">
    <w:name w:val="매크로 텍스트 Char"/>
    <w:basedOn w:val="a2"/>
    <w:link w:val="ae"/>
    <w:uiPriority w:val="99"/>
    <w:rsid w:val="0029639D"/>
    <w:rPr>
      <w:rFonts w:ascii="Courier" w:hAnsi="Courier"/>
      <w:sz w:val="20"/>
      <w:szCs w:val="20"/>
    </w:rPr>
  </w:style>
  <w:style w:type="paragraph" w:styleId="af">
    <w:name w:val="Quote"/>
    <w:basedOn w:val="a1"/>
    <w:next w:val="a1"/>
    <w:link w:val="Char5"/>
    <w:uiPriority w:val="29"/>
    <w:qFormat/>
    <w:rsid w:val="00FC693F"/>
    <w:rPr>
      <w:i/>
      <w:iCs/>
      <w:color w:val="000000" w:themeColor="text1"/>
    </w:rPr>
  </w:style>
  <w:style w:type="character" w:customStyle="1" w:styleId="Char5">
    <w:name w:val="인용 Char"/>
    <w:basedOn w:val="a2"/>
    <w:link w:val="af"/>
    <w:uiPriority w:val="29"/>
    <w:rsid w:val="00FC693F"/>
    <w:rPr>
      <w:i/>
      <w:iCs/>
      <w:color w:val="000000" w:themeColor="text1"/>
    </w:rPr>
  </w:style>
  <w:style w:type="character" w:customStyle="1" w:styleId="4Char">
    <w:name w:val="제목 4 Char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Char">
    <w:name w:val="제목 5 Char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Char">
    <w:name w:val="제목 6 Char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Char">
    <w:name w:val="제목 7 Char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Char">
    <w:name w:val="제목 8 Char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Char">
    <w:name w:val="제목 9 Char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0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1">
    <w:name w:val="Strong"/>
    <w:basedOn w:val="a2"/>
    <w:uiPriority w:val="22"/>
    <w:qFormat/>
    <w:rsid w:val="00FC693F"/>
    <w:rPr>
      <w:b/>
      <w:bCs/>
    </w:rPr>
  </w:style>
  <w:style w:type="character" w:styleId="af2">
    <w:name w:val="Emphasis"/>
    <w:basedOn w:val="a2"/>
    <w:uiPriority w:val="20"/>
    <w:qFormat/>
    <w:rsid w:val="00FC693F"/>
    <w:rPr>
      <w:i/>
      <w:iCs/>
    </w:rPr>
  </w:style>
  <w:style w:type="paragraph" w:styleId="af3">
    <w:name w:val="Intense Quote"/>
    <w:basedOn w:val="a1"/>
    <w:next w:val="a1"/>
    <w:link w:val="Char6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har6">
    <w:name w:val="강한 인용 Char"/>
    <w:basedOn w:val="a2"/>
    <w:link w:val="af3"/>
    <w:uiPriority w:val="30"/>
    <w:rsid w:val="00FC693F"/>
    <w:rPr>
      <w:b/>
      <w:bCs/>
      <w:i/>
      <w:iCs/>
      <w:color w:val="4F81BD" w:themeColor="accent1"/>
    </w:rPr>
  </w:style>
  <w:style w:type="character" w:styleId="af4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5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6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7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8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9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a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c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0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5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6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2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7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5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d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e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267</Words>
  <Characters>1522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1786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성재 정</cp:lastModifiedBy>
  <cp:revision>2</cp:revision>
  <dcterms:created xsi:type="dcterms:W3CDTF">2013-12-23T23:15:00Z</dcterms:created>
  <dcterms:modified xsi:type="dcterms:W3CDTF">2026-09-29T01:55:00Z</dcterms:modified>
  <cp:category/>
</cp:coreProperties>
</file>